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444" w:rsidRPr="00BD3659" w:rsidRDefault="00A85444">
      <w:pPr>
        <w:rPr>
          <w:lang w:val="ru-RU"/>
        </w:rPr>
        <w:sectPr w:rsidR="00A85444" w:rsidRPr="00BD3659">
          <w:pgSz w:w="11900" w:h="16840"/>
          <w:pgMar w:top="1440" w:right="1440" w:bottom="1440" w:left="1440" w:header="720" w:footer="720" w:gutter="0"/>
          <w:cols w:space="720" w:equalWidth="0">
            <w:col w:w="10272" w:space="0"/>
          </w:cols>
          <w:docGrid w:linePitch="360"/>
        </w:sectPr>
      </w:pPr>
    </w:p>
    <w:p w:rsidR="00BD3659" w:rsidRDefault="00BD3659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BD3659" w:rsidRDefault="00BD3659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BD3659" w:rsidRDefault="00BD3659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>
        <w:rPr>
          <w:rFonts w:ascii="Times New Roman" w:eastAsia="Times New Roman" w:hAnsi="Times New Roman"/>
          <w:b/>
          <w:noProof/>
          <w:color w:val="000000"/>
          <w:sz w:val="24"/>
          <w:lang w:val="ru-RU" w:eastAsia="ru-RU"/>
        </w:rPr>
        <w:drawing>
          <wp:inline distT="0" distB="0" distL="0" distR="0">
            <wp:extent cx="6720840" cy="9312808"/>
            <wp:effectExtent l="0" t="0" r="3810" b="3175"/>
            <wp:docPr id="1" name="Рисунок 1" descr="C:\Users\admin\Desktop\Новая папка (4)\ОДНКР 5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 (4)\ОДНКР 5 клас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0840" cy="931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659" w:rsidRDefault="00BD3659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BD3659" w:rsidRDefault="00BD3659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bookmarkStart w:id="0" w:name="_GoBack"/>
      <w:bookmarkEnd w:id="0"/>
    </w:p>
    <w:p w:rsidR="00BD3659" w:rsidRDefault="00BD3659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BD3659" w:rsidRDefault="00BD3659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BD3659" w:rsidRDefault="00BD3659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BD3659" w:rsidRDefault="00BD3659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A85444" w:rsidRPr="00335B0F" w:rsidRDefault="00335B0F">
      <w:pPr>
        <w:autoSpaceDE w:val="0"/>
        <w:autoSpaceDN w:val="0"/>
        <w:spacing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A85444" w:rsidRPr="00335B0F" w:rsidRDefault="00335B0F">
      <w:pPr>
        <w:autoSpaceDE w:val="0"/>
        <w:autoSpaceDN w:val="0"/>
        <w:spacing w:before="346" w:after="0" w:line="262" w:lineRule="auto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КУРСА «ОСНОВЫ ДУХОВНО-НРАВСТВЕННОЙ КУЛЬТУРЫ НАРОДОВ РОССИИ»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166" w:after="0" w:line="286" w:lineRule="auto"/>
        <w:ind w:right="144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Программа по предметной области «Основы духовно-нравственной культуры народов России</w:t>
      </w: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»(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далее  — ОДНКНР) для 5 классов образовательных организаций составлена в соответствии с: 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требованиями Федерального государственного образовательного стандарта основного общего образования (ФГОС ООО) (утверждён приказом  Министерства просвещения Российской Федерации от 31 мая 2021 г. № 287); 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требованиями к результатам освоения программы основного общего образования (личностным,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метапредметным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, предметным); 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основными подходами к развитию и формированию универсальных учебных действий (УУД) для основного общего образования.</w:t>
      </w:r>
    </w:p>
    <w:p w:rsidR="00A85444" w:rsidRPr="00335B0F" w:rsidRDefault="00335B0F">
      <w:pPr>
        <w:autoSpaceDE w:val="0"/>
        <w:autoSpaceDN w:val="0"/>
        <w:spacing w:before="70" w:after="0" w:line="286" w:lineRule="auto"/>
        <w:ind w:right="144" w:firstLine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В программе по данному курсу соблюдается преемственность с Федеральным государственным образовательным стандартом начального общего образования, а также учитываются возрастные и психологические особенности обучающихся на ступени основного общего образования,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необходимость формирования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межпредметных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связей. Также в программе учитывается, что данная дисциплина носит культурологический и воспитательный характер, что позволяет утверждать, что именно духовно-нравственное развитие обучающихся в духе общероссийской гражданской идентичности на основе традиционных российских духовно-нравственных ценностей — важнейший результат обучения ОДНКНР.</w:t>
      </w:r>
    </w:p>
    <w:p w:rsidR="00A85444" w:rsidRPr="00335B0F" w:rsidRDefault="00335B0F">
      <w:pPr>
        <w:autoSpaceDE w:val="0"/>
        <w:autoSpaceDN w:val="0"/>
        <w:spacing w:before="70" w:after="0"/>
        <w:ind w:right="720" w:firstLine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Сохранение традиционных российских духовно-нравственных ценностей как значимой части культурного и исторического наследия народов России  — один из ключевых национальных приоритетов Российской Федерации, способствующих дальнейшей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гуманизации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и развитию российского общества, формированию гражданской идентичности у подрастающих поколений.</w:t>
      </w:r>
    </w:p>
    <w:p w:rsidR="00A85444" w:rsidRPr="00335B0F" w:rsidRDefault="00335B0F">
      <w:pPr>
        <w:autoSpaceDE w:val="0"/>
        <w:autoSpaceDN w:val="0"/>
        <w:spacing w:before="70" w:after="0" w:line="286" w:lineRule="auto"/>
        <w:ind w:firstLine="180"/>
        <w:rPr>
          <w:lang w:val="ru-RU"/>
        </w:rPr>
      </w:pP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Согласно Стратегии национальной безопасности Российской Федерации (утверждена указом Президента Российской Федерации от 2  июля 2021 г. № 400, пункт 91), к традиционным российским духовно-нравственным ценностям относятся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историческая память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и преемственность поколений, единство народов России. Именно традиционные российские духовно-нравственные ценности объединяют Россию как многонациональное и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многоконфессиональное государство, лежат в основе представлений о гражданской идентичности как ключевом ориентире духовно-нравственного развития обучающихся.</w:t>
      </w:r>
    </w:p>
    <w:p w:rsidR="00A85444" w:rsidRPr="00335B0F" w:rsidRDefault="00335B0F">
      <w:pPr>
        <w:autoSpaceDE w:val="0"/>
        <w:autoSpaceDN w:val="0"/>
        <w:spacing w:before="70" w:after="0"/>
        <w:ind w:firstLine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Центральная идея гражданской идентичности — образ будущего нашей страны, который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формируется с учётом национальных и стратегических приоритетов российского общества,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культурно-исторических традиций всех народов России, духовно-нравственных ценностей, присущих ей на протяжении всей её истории.</w:t>
      </w:r>
    </w:p>
    <w:p w:rsidR="00A85444" w:rsidRPr="00335B0F" w:rsidRDefault="00335B0F">
      <w:pPr>
        <w:autoSpaceDE w:val="0"/>
        <w:autoSpaceDN w:val="0"/>
        <w:spacing w:before="70" w:after="0" w:line="283" w:lineRule="auto"/>
        <w:ind w:right="432" w:firstLine="180"/>
        <w:rPr>
          <w:lang w:val="ru-RU"/>
        </w:rPr>
      </w:pP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В  процессе изучения курса ОДНКНР школьники получают возможность систематизировать, расширять и углублять полученные в рамках общественно-научных дисциплин знания и представления о структуре и закономерностях развития социума, о прошлом и настоящем родной страны, находить в истории российского общества существенные связи с традиционной духовно-нравственной культурой России, определять свою идентичность как члена семьи, школьного </w:t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lastRenderedPageBreak/>
        <w:t>коллектива, региональной общности, гражданина страны с опорой на традиционные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духовно-нравственные ценности.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298" w:right="650" w:bottom="41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78" w:line="220" w:lineRule="exact"/>
        <w:rPr>
          <w:lang w:val="ru-RU"/>
        </w:rPr>
      </w:pPr>
    </w:p>
    <w:p w:rsidR="00A85444" w:rsidRPr="00335B0F" w:rsidRDefault="00335B0F">
      <w:pPr>
        <w:autoSpaceDE w:val="0"/>
        <w:autoSpaceDN w:val="0"/>
        <w:spacing w:after="0" w:line="271" w:lineRule="auto"/>
        <w:ind w:firstLine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Не менее важно отметить, что данный курс формируется и преподаётся в соответствии с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принципами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культурологичности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культуросообразности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, научности содержания и подхода к отбору информации, соответствия требованиям возрастной педагогики и психологии.</w:t>
      </w:r>
    </w:p>
    <w:p w:rsidR="00A85444" w:rsidRPr="00335B0F" w:rsidRDefault="00335B0F">
      <w:pPr>
        <w:autoSpaceDE w:val="0"/>
        <w:autoSpaceDN w:val="0"/>
        <w:spacing w:before="70" w:after="0" w:line="281" w:lineRule="auto"/>
        <w:ind w:right="288" w:firstLine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В процессе изучения курса обучающиеся получают представление о существенных взаимосвязях между материальной и духовной культурой, обусловленности культурных реалий современного общества его духовно-нравственным обликом. Изучаются основные компоненты культуры, её специфические инструменты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самопрезентации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, исторические и современные особенности духовно-нравственного развития народов России.</w:t>
      </w:r>
    </w:p>
    <w:p w:rsidR="00A85444" w:rsidRPr="00335B0F" w:rsidRDefault="00335B0F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Содержание курса направлено на формирование нравственного идеала, гражданской идентичности личности обучающегося и воспитание патриотических чу</w:t>
      </w: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вств к Р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одине (осознание себя как гражданина своего Отечества), формирование исторической памяти.</w:t>
      </w:r>
    </w:p>
    <w:p w:rsidR="00A85444" w:rsidRPr="00335B0F" w:rsidRDefault="00335B0F">
      <w:pPr>
        <w:autoSpaceDE w:val="0"/>
        <w:autoSpaceDN w:val="0"/>
        <w:spacing w:before="72" w:after="0" w:line="281" w:lineRule="auto"/>
        <w:ind w:firstLine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Материал курса представлен через актуализацию макроуровня (Россия в целом как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многонациональное,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поликонфессиональное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государство, с едиными для всех законами,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общероссийскими духовно-нравственными и культурными ценностями) на микроуровне (собственная идентичность, осознанная как часть малой Родины, семьи и семейных традиций, этнической и религиозной истории, к которой принадлежит обучающийся как личность).</w:t>
      </w:r>
    </w:p>
    <w:p w:rsidR="00A85444" w:rsidRPr="00335B0F" w:rsidRDefault="00335B0F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335B0F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Принцип </w:t>
      </w:r>
      <w:proofErr w:type="spellStart"/>
      <w:r w:rsidRPr="00335B0F">
        <w:rPr>
          <w:rFonts w:ascii="Times New Roman" w:eastAsia="Times New Roman" w:hAnsi="Times New Roman"/>
          <w:i/>
          <w:color w:val="000000"/>
          <w:sz w:val="24"/>
          <w:lang w:val="ru-RU"/>
        </w:rPr>
        <w:t>культурологичности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в преподавании означает важность культурологического, а не конфессионального подхода, отсутствие культурной, этнической, религиозной ангажированности в содержании предмета и его смысловых акцентах.</w:t>
      </w:r>
    </w:p>
    <w:p w:rsidR="00A85444" w:rsidRPr="00335B0F" w:rsidRDefault="00335B0F">
      <w:pPr>
        <w:autoSpaceDE w:val="0"/>
        <w:autoSpaceDN w:val="0"/>
        <w:spacing w:before="70" w:after="0"/>
        <w:ind w:firstLine="180"/>
        <w:rPr>
          <w:lang w:val="ru-RU"/>
        </w:rPr>
      </w:pPr>
      <w:r w:rsidRPr="00335B0F">
        <w:rPr>
          <w:rFonts w:ascii="Times New Roman" w:eastAsia="Times New Roman" w:hAnsi="Times New Roman"/>
          <w:i/>
          <w:color w:val="000000"/>
          <w:sz w:val="24"/>
          <w:lang w:val="ru-RU"/>
        </w:rPr>
        <w:t>Принцип научности подходов и содержания</w:t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в преподавании данной дисциплины означает важность терминологического единства, необходимость освоения основных научных подходов к рассмотрению культуры и усвоению научной терминологии для понимания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культурообразующих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элементов и формирования познавательного интереса к этнокультурным и религиозным феноменам.</w:t>
      </w:r>
    </w:p>
    <w:p w:rsidR="00A85444" w:rsidRPr="00335B0F" w:rsidRDefault="00335B0F">
      <w:pPr>
        <w:autoSpaceDE w:val="0"/>
        <w:autoSpaceDN w:val="0"/>
        <w:spacing w:before="70" w:after="0"/>
        <w:ind w:firstLine="180"/>
        <w:rPr>
          <w:lang w:val="ru-RU"/>
        </w:rPr>
      </w:pPr>
      <w:r w:rsidRPr="00335B0F">
        <w:rPr>
          <w:rFonts w:ascii="Times New Roman" w:eastAsia="Times New Roman" w:hAnsi="Times New Roman"/>
          <w:i/>
          <w:color w:val="000000"/>
          <w:sz w:val="24"/>
          <w:lang w:val="ru-RU"/>
        </w:rPr>
        <w:t>Принцип соответствия требованиям</w:t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возрастной педагогики и психологии включает отбор тем и содержания курса согласно приоритетным зонам ближайшего развития, когнитивным способностям и социальным потребностям обучающихся, содержанию гуманитарных и общественно-научных учебных предметов.</w:t>
      </w:r>
    </w:p>
    <w:p w:rsidR="00A85444" w:rsidRPr="00335B0F" w:rsidRDefault="00335B0F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335B0F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Принцип формирования гражданского самосознания и общероссийской гражданской </w:t>
      </w:r>
      <w:proofErr w:type="gramStart"/>
      <w:r w:rsidRPr="00335B0F">
        <w:rPr>
          <w:rFonts w:ascii="Times New Roman" w:eastAsia="Times New Roman" w:hAnsi="Times New Roman"/>
          <w:i/>
          <w:color w:val="000000"/>
          <w:sz w:val="24"/>
          <w:lang w:val="ru-RU"/>
        </w:rPr>
        <w:t>идентичности</w:t>
      </w:r>
      <w:proofErr w:type="gramEnd"/>
      <w:r w:rsidRPr="00335B0F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 </w:t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обучающихся в процессе изучения курса предметной области ОДНКНР включает осознание важности наднационального и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надконфессионального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гражданского единства народов России как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основополагающего элемента в воспитании патриотизма и любви к Родине. Данный принцип должен быть реализован через поиск объединяющих черт в духовно-нравственной жизни народов России, их культуре, религии и историческом развитии.</w:t>
      </w:r>
    </w:p>
    <w:p w:rsidR="00A85444" w:rsidRPr="00335B0F" w:rsidRDefault="00335B0F">
      <w:pPr>
        <w:autoSpaceDE w:val="0"/>
        <w:autoSpaceDN w:val="0"/>
        <w:spacing w:before="264" w:after="0" w:line="262" w:lineRule="auto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ЦЕЛИ И ЗАДАЧИ ИЗУЧЕНИЯ УЧЕБНОГО КУРСА «ОСНОВЫ ДУХОВНО-НРАВСТВЕННОЙ КУЛЬТУРЫ НАРОДОВ РОССИИ»</w:t>
      </w:r>
    </w:p>
    <w:p w:rsidR="00A85444" w:rsidRPr="00335B0F" w:rsidRDefault="00335B0F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Целями </w:t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изучения учебного курса являются:</w:t>
      </w:r>
    </w:p>
    <w:p w:rsidR="00A85444" w:rsidRPr="00335B0F" w:rsidRDefault="00335B0F">
      <w:pPr>
        <w:autoSpaceDE w:val="0"/>
        <w:autoSpaceDN w:val="0"/>
        <w:spacing w:before="178" w:after="0"/>
        <w:ind w:left="420" w:right="576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</w:t>
      </w:r>
      <w:r w:rsidRPr="00335B0F">
        <w:rPr>
          <w:lang w:val="ru-RU"/>
        </w:rPr>
        <w:br/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этноконфессионального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согласия и взаимодействия, взаимопроникновения и мирного сосуществования народов, религий, национальных культур;</w:t>
      </w:r>
    </w:p>
    <w:p w:rsidR="00A85444" w:rsidRPr="00335B0F" w:rsidRDefault="00335B0F">
      <w:pPr>
        <w:autoSpaceDE w:val="0"/>
        <w:autoSpaceDN w:val="0"/>
        <w:spacing w:before="238" w:after="0" w:line="271" w:lineRule="auto"/>
        <w:ind w:left="420" w:right="288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создание условий для становления у обучающихся мировоззрения на основе традиционных российских духовно-нравственных ценностей, ведущих к осознанию своей принадлежности к многонациональному народу Российской Федерации;</w:t>
      </w:r>
    </w:p>
    <w:p w:rsidR="00A85444" w:rsidRPr="00335B0F" w:rsidRDefault="00335B0F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и сохранение уважения к ценностям и убеждениям представителей разных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298" w:right="654" w:bottom="398" w:left="666" w:header="720" w:footer="720" w:gutter="0"/>
          <w:cols w:space="720" w:equalWidth="0">
            <w:col w:w="10580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66" w:line="220" w:lineRule="exact"/>
        <w:rPr>
          <w:lang w:val="ru-RU"/>
        </w:rPr>
      </w:pPr>
    </w:p>
    <w:p w:rsidR="00A85444" w:rsidRPr="00335B0F" w:rsidRDefault="00335B0F">
      <w:pPr>
        <w:autoSpaceDE w:val="0"/>
        <w:autoSpaceDN w:val="0"/>
        <w:spacing w:after="0" w:line="262" w:lineRule="auto"/>
        <w:ind w:left="420" w:right="14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национальностей и вероисповеданий, а также способности к диалогу с представителями других культур и мировоззрений;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420" w:right="1296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идентификация собственной личности как полноправного субъекта культурного, исторического и цивилизационного развития страны.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Цели курса определяют следующие </w:t>
      </w: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задачи</w:t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:</w:t>
      </w:r>
    </w:p>
    <w:p w:rsidR="00A85444" w:rsidRPr="00335B0F" w:rsidRDefault="00335B0F">
      <w:pPr>
        <w:autoSpaceDE w:val="0"/>
        <w:autoSpaceDN w:val="0"/>
        <w:spacing w:before="178" w:after="0" w:line="262" w:lineRule="auto"/>
        <w:ind w:left="420" w:right="7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овладение предметными компетенциями, имеющими преимущественное значение для формирования гражданской идентичности обучающегося;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420" w:right="7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приобретение и усвоение знаний о нормах общественной морали и нравственности как основополагающих элементах духовной культуры современного общества;</w:t>
      </w:r>
    </w:p>
    <w:p w:rsidR="00A85444" w:rsidRPr="00335B0F" w:rsidRDefault="00335B0F">
      <w:pPr>
        <w:autoSpaceDE w:val="0"/>
        <w:autoSpaceDN w:val="0"/>
        <w:spacing w:before="240" w:after="0" w:line="271" w:lineRule="auto"/>
        <w:ind w:left="420" w:right="14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развитие представлений о значении духовно-нравственных ценностей и нравственных норм для достойной жизни личности, семьи, общества, ответственного отношения к будущему отцовству и материнству;</w:t>
      </w:r>
    </w:p>
    <w:p w:rsidR="00A85444" w:rsidRPr="00335B0F" w:rsidRDefault="00335B0F">
      <w:pPr>
        <w:autoSpaceDE w:val="0"/>
        <w:autoSpaceDN w:val="0"/>
        <w:spacing w:before="238" w:after="0" w:line="271" w:lineRule="auto"/>
        <w:ind w:left="420" w:right="288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становление компетенций межкультурного взаимодействия как способности и готовности вести межличностный, межкультурный, межконфессиональный диалог при осознании и сохранении собственной культурной идентичности;</w:t>
      </w:r>
    </w:p>
    <w:p w:rsidR="00A85444" w:rsidRPr="00335B0F" w:rsidRDefault="00335B0F">
      <w:pPr>
        <w:autoSpaceDE w:val="0"/>
        <w:autoSpaceDN w:val="0"/>
        <w:spacing w:before="238" w:after="0" w:line="271" w:lineRule="auto"/>
        <w:ind w:left="420" w:right="576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420" w:right="86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обучение рефлексии собственного поведения и оценке поведения окружающих через развитие навыков обоснованных нравственных суждений, оценок и выводов;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420" w:right="7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воспитание уважительного и бережного отношения к историческому, религиозному и культурному наследию народов России;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420" w:right="576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содействие осознанному формированию мировоззренческих ориентиров, основанных на приоритете традиционных российских духовно-нравственных ценностей;</w:t>
      </w:r>
    </w:p>
    <w:p w:rsidR="00A85444" w:rsidRPr="00335B0F" w:rsidRDefault="00335B0F">
      <w:pPr>
        <w:autoSpaceDE w:val="0"/>
        <w:autoSpaceDN w:val="0"/>
        <w:spacing w:before="238" w:after="0" w:line="271" w:lineRule="auto"/>
        <w:ind w:left="420" w:right="14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патриотизма как формы гражданского самосознания через понимание роли личности в истории и культуре, осознание важности социального взаимодействия, гражданской идентичности для процветания общества в целом.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180" w:after="0" w:line="262" w:lineRule="auto"/>
        <w:ind w:right="144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Изучение курса «Основы духовно-нравственной культуры народов России» вносит значительный вклад в достижение главных целей основного общего образования, способствуя:</w:t>
      </w:r>
    </w:p>
    <w:p w:rsidR="00A85444" w:rsidRPr="00335B0F" w:rsidRDefault="00335B0F">
      <w:pPr>
        <w:autoSpaceDE w:val="0"/>
        <w:autoSpaceDN w:val="0"/>
        <w:spacing w:before="178" w:after="0"/>
        <w:ind w:left="420" w:right="14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расширению и систематизации знаний и представлений школьников о культуре и духовных традициях народов России, о нравственных ценностях, полученных при изучении основ религиозной культуры и светской этики, окружающего мира, литературного чтения и других предметов начальной школы;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4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углублению представлений о светской этике, религиозной культуре народов России, их роли в развитии современного общества;</w:t>
      </w:r>
    </w:p>
    <w:p w:rsidR="00A85444" w:rsidRPr="00335B0F" w:rsidRDefault="00335B0F">
      <w:pPr>
        <w:autoSpaceDE w:val="0"/>
        <w:autoSpaceDN w:val="0"/>
        <w:spacing w:before="238" w:after="0" w:line="271" w:lineRule="auto"/>
        <w:ind w:left="4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формированию основ морали и нравственности, воплощённых в семейных, этнокультурных и религиозных ценностях, ориентированных на соизмерение своих поступков с нравственными идеалами, на осознание своих обязанностей перед обществом и государством;</w:t>
      </w:r>
    </w:p>
    <w:p w:rsidR="00A85444" w:rsidRPr="00335B0F" w:rsidRDefault="00335B0F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воспитанию патриотизма; уважения к истории, языку, культурным и религиозным традициям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286" w:right="762" w:bottom="392" w:left="666" w:header="720" w:footer="720" w:gutter="0"/>
          <w:cols w:space="720" w:equalWidth="0">
            <w:col w:w="10472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66" w:line="220" w:lineRule="exact"/>
        <w:rPr>
          <w:lang w:val="ru-RU"/>
        </w:rPr>
      </w:pPr>
    </w:p>
    <w:p w:rsidR="00A85444" w:rsidRPr="00335B0F" w:rsidRDefault="00335B0F">
      <w:pPr>
        <w:autoSpaceDE w:val="0"/>
        <w:autoSpaceDN w:val="0"/>
        <w:spacing w:after="0" w:line="271" w:lineRule="auto"/>
        <w:ind w:left="4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своего народа и других народов России, толерантному отношению к людям другой культуры, умению принимать и ценить ценности других культур, находить в них общее и особенное, черты, способствующие взаимному обогащению культур;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420" w:right="432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пробуждению интереса к культуре других народов, проявлению уважения, способности к сотрудничеству, взаимодействию на основе поиска общих культурных стратегий и идеалов;</w:t>
      </w:r>
    </w:p>
    <w:p w:rsidR="00A85444" w:rsidRPr="00335B0F" w:rsidRDefault="00335B0F">
      <w:pPr>
        <w:autoSpaceDE w:val="0"/>
        <w:autoSpaceDN w:val="0"/>
        <w:spacing w:before="238" w:after="0" w:line="271" w:lineRule="auto"/>
        <w:ind w:left="4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осознанию приоритетной значимости духовно-нравственных ценностей, проявляющейся в преобладании этических, интеллектуальных, альтруистических мотивов над </w:t>
      </w: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потребительскими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и эгоистическими;</w:t>
      </w:r>
    </w:p>
    <w:p w:rsidR="00A85444" w:rsidRPr="00335B0F" w:rsidRDefault="00335B0F">
      <w:pPr>
        <w:autoSpaceDE w:val="0"/>
        <w:autoSpaceDN w:val="0"/>
        <w:spacing w:before="240" w:after="0" w:line="262" w:lineRule="auto"/>
        <w:ind w:left="4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раскрытию природы духовно-нравственных ценностей российского общества, объединяющих светскость и духовность;</w:t>
      </w:r>
    </w:p>
    <w:p w:rsidR="00A85444" w:rsidRPr="00335B0F" w:rsidRDefault="00335B0F">
      <w:pPr>
        <w:autoSpaceDE w:val="0"/>
        <w:autoSpaceDN w:val="0"/>
        <w:spacing w:before="240" w:after="0" w:line="271" w:lineRule="auto"/>
        <w:ind w:left="4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формирование ответственного отношения к учению и труду, готовности и </w:t>
      </w: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способности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обучающихся к саморазвитию и самообразованию на основе мотивации к обучению и познанию, осознанному выбору ценностных ориентаций, способствующих развитию общества в целом;</w:t>
      </w:r>
    </w:p>
    <w:p w:rsidR="00A85444" w:rsidRPr="00335B0F" w:rsidRDefault="00335B0F">
      <w:pPr>
        <w:autoSpaceDE w:val="0"/>
        <w:autoSpaceDN w:val="0"/>
        <w:spacing w:before="238" w:after="0" w:line="281" w:lineRule="auto"/>
        <w:ind w:left="420" w:right="14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получению научных представлений о культуре и её функциях, особенностях взаимодействия с социальными институтами, а, следовательно, способности их применять в анализе и изучении социально-культурных явлений в истории и культуре России и современном обществе, давать нравственные оценки поступков и событий на основе осознания главенствующей роли духовно-нравственных ценностей в социальных и культурно-исторических процессах;</w:t>
      </w:r>
    </w:p>
    <w:p w:rsidR="00A85444" w:rsidRPr="00335B0F" w:rsidRDefault="00335B0F">
      <w:pPr>
        <w:autoSpaceDE w:val="0"/>
        <w:autoSpaceDN w:val="0"/>
        <w:spacing w:before="238" w:after="0" w:line="271" w:lineRule="auto"/>
        <w:ind w:left="420" w:right="288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развитию информационной культуры школьников, компетенций в отборе, использовании и структурировании информации, а также возможностей для активной самостоятельной познавательной деятельности.</w:t>
      </w:r>
    </w:p>
    <w:p w:rsidR="00A85444" w:rsidRPr="00335B0F" w:rsidRDefault="00335B0F">
      <w:pPr>
        <w:autoSpaceDE w:val="0"/>
        <w:autoSpaceDN w:val="0"/>
        <w:spacing w:before="322" w:after="0" w:line="262" w:lineRule="auto"/>
        <w:ind w:right="1008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КУРСА «ОСНОВЫ ДУХОВНО-НРАВСТВЕННОЙ КУЛЬТУРЫ НАРОДОВ РОССИИ» В УЧЕБНОМ ПЛАНЕ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166" w:after="0" w:line="262" w:lineRule="auto"/>
        <w:ind w:right="144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Учебный курс "Основы духовно-нравственной культуры народов России" изучается в 5 классе не менее одного часа в неделе, общий объем составляет 34 часа.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286" w:right="736" w:bottom="1440" w:left="666" w:header="720" w:footer="720" w:gutter="0"/>
          <w:cols w:space="720" w:equalWidth="0">
            <w:col w:w="10498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78" w:line="220" w:lineRule="exact"/>
        <w:rPr>
          <w:lang w:val="ru-RU"/>
        </w:rPr>
      </w:pPr>
    </w:p>
    <w:p w:rsidR="00A85444" w:rsidRPr="00335B0F" w:rsidRDefault="00335B0F">
      <w:pPr>
        <w:autoSpaceDE w:val="0"/>
        <w:autoSpaceDN w:val="0"/>
        <w:spacing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СОДЕРЖАНИЕ УЧЕБНОГО КУРСА</w:t>
      </w:r>
    </w:p>
    <w:p w:rsidR="00A85444" w:rsidRPr="00335B0F" w:rsidRDefault="00335B0F">
      <w:pPr>
        <w:autoSpaceDE w:val="0"/>
        <w:autoSpaceDN w:val="0"/>
        <w:spacing w:before="346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Тематический блок 1.</w:t>
      </w:r>
    </w:p>
    <w:p w:rsidR="00A85444" w:rsidRPr="00335B0F" w:rsidRDefault="00335B0F">
      <w:pPr>
        <w:autoSpaceDE w:val="0"/>
        <w:autoSpaceDN w:val="0"/>
        <w:spacing w:before="70" w:after="0" w:line="262" w:lineRule="auto"/>
        <w:ind w:left="180" w:right="1296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«Россия — наш общий дом»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1. Зачем изучать курс «Основы духовно-нравственной культуры народов России»?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и закрепление гражданского единства. Родина и Отечество. Традиционные ценности и ролевые модели. Традиционная семья. Всеобщий характер морали и нравственности. Русский язык и единое культурное пространство. Риски и угрозы духовно-нравственной культуры народов России. 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2. Наш дом — Россия.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Россия — многонациональная страна. Многонациональный народ Российской Федерации. Россия как общий дом. Дружба народов.</w:t>
      </w:r>
    </w:p>
    <w:p w:rsidR="00A85444" w:rsidRPr="00335B0F" w:rsidRDefault="00335B0F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3. Язык и история.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Что такое язык? Как в языке народа отражается его история? Язык как инструмент культуры. Важность коммуникации между людьми. Языки народов мира, их взаимосвязь.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4. Русский язык — язык общения и язык возможностей.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Русский язык — основа российской культуры. Как складывался русский язык: вклад народов России в его развитие. Русский язык как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культурообразующий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проект и язык межнационального общения.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1008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Важность общего языка для всех народов России. Возможности, которые даёт русский язык. 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5. Истоки родной культуры.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Что такое культура. Культура и природа. Роль культуры в жизни общества. Многообразие культур и его причины. Единство культурного пространства России.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6. Материальная культура.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1440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Материальная культура: архитектура, одежда, пища, транспорт, техника. Связь между материальной культурой и духовно-нравственными ценностями общества.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7. Духовная культура.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jc w:val="center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Духовно-нравственная культура. Искусство, наука, духовность. Мораль, нравственность, ценности.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Художественное осмысление мира. Символ и знак. Духовная культура как реализация ценностей. 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8. Культура и религия.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Религия и культура. Что такое религия, её роль в жизни общества и человека.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rPr>
          <w:lang w:val="ru-RU"/>
        </w:rPr>
      </w:pP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Государствообразующие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религии России. Единство ценностей в религиях России.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9. Культура и образование.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2" w:after="0" w:line="262" w:lineRule="auto"/>
        <w:ind w:right="432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Зачем нужно учиться? Культура как способ получения нужных знаний. Образование как ключ к социализации и духовно-нравственному развитию человека.</w:t>
      </w:r>
    </w:p>
    <w:p w:rsidR="00A85444" w:rsidRPr="00335B0F" w:rsidRDefault="00335B0F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10. Многообразие культур России (практическое занятие).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Единство культур народов России. Что значит быть культурным человеком? Знание о культуре народов России.</w:t>
      </w:r>
    </w:p>
    <w:p w:rsidR="00A85444" w:rsidRPr="00335B0F" w:rsidRDefault="00335B0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Тематический блок 2.</w:t>
      </w:r>
    </w:p>
    <w:p w:rsidR="00A85444" w:rsidRPr="00335B0F" w:rsidRDefault="00335B0F">
      <w:pPr>
        <w:autoSpaceDE w:val="0"/>
        <w:autoSpaceDN w:val="0"/>
        <w:spacing w:before="70" w:after="0" w:line="262" w:lineRule="auto"/>
        <w:ind w:left="180" w:right="5184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«Семья и духовно-нравственные ценности»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11. Семья — хранитель духовных ценностей.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Семья — базовый элемент общества. Семейные ценности, традиции и культура. Помощь сиротам как духовно-нравственный долг человека.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12. Родина начинается с семьи.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История семьи как часть истории народа, государства, человечества. Как </w:t>
      </w: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связаны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Родина и семья? Что такое Родина и Отечество?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13. Традиции семейного воспитания в России.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Семейные традиции народов России. Межнациональные семьи. Семейное воспитание как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298" w:right="650" w:bottom="39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66" w:line="220" w:lineRule="exact"/>
        <w:rPr>
          <w:lang w:val="ru-RU"/>
        </w:rPr>
      </w:pPr>
    </w:p>
    <w:p w:rsidR="00A85444" w:rsidRPr="00335B0F" w:rsidRDefault="00335B0F">
      <w:pPr>
        <w:autoSpaceDE w:val="0"/>
        <w:autoSpaceDN w:val="0"/>
        <w:spacing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трансляция ценностей.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14. Образ семьи в культуре народов России.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Произведения устного поэтического творчества (сказки, поговорки и т.д.) о семье и семейных обязанностях. Семья в литературе и произведениях разных видов искусства.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15. Труд в истории семьи.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Социальные роли в истории семьи. Роль домашнего труда. Роль нравственных норм в благополучии семьи.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16. Семья в современном мире (практическое занятие).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Рассказ о своей семье (с использованием фотографий, книг, писем и др.). Семейное древо.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Семейные традиции.</w:t>
      </w:r>
    </w:p>
    <w:p w:rsidR="00A85444" w:rsidRPr="00335B0F" w:rsidRDefault="00335B0F">
      <w:pPr>
        <w:autoSpaceDE w:val="0"/>
        <w:autoSpaceDN w:val="0"/>
        <w:spacing w:before="192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Тематический блок 3.</w:t>
      </w:r>
    </w:p>
    <w:p w:rsidR="00A85444" w:rsidRPr="00335B0F" w:rsidRDefault="00335B0F">
      <w:pPr>
        <w:autoSpaceDE w:val="0"/>
        <w:autoSpaceDN w:val="0"/>
        <w:spacing w:before="72" w:after="0" w:line="262" w:lineRule="auto"/>
        <w:ind w:left="180" w:right="5328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«Духовно-нравственное богатство личности»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17. Личность — общество — культура.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Что делает человека человеком? Почему человек не может жить вне общества. Связь между обществом и культурой как реализация духовно-нравственных ценностей.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18. Духовный мир человека. Человек — творец культуры.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новации в культуре. Границы культур. Созидательный труд. Важность труда как творческой деятельности, как реализации. 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19. Личность и духовно-нравственные ценности.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Мораль и нравственность в жизни человека. Взаимопомощь, сострадание, милосердие, любовь, дружба, коллективизм, патриотизм, любовь к </w:t>
      </w: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близким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A85444" w:rsidRPr="00335B0F" w:rsidRDefault="00335B0F">
      <w:pPr>
        <w:autoSpaceDE w:val="0"/>
        <w:autoSpaceDN w:val="0"/>
        <w:spacing w:before="190" w:after="0" w:line="262" w:lineRule="auto"/>
        <w:ind w:left="180" w:right="3312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Тематический блок 4. «Культурное единство России»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20. Историческая память как духовно-нравственная ценность.</w:t>
      </w:r>
    </w:p>
    <w:p w:rsidR="00A85444" w:rsidRPr="00335B0F" w:rsidRDefault="00335B0F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Что такое история и почему она важна? История семьи — часть истории народа, государства, человечества. Важность исторической памяти, недопустимость её фальсификации. Преемственность поколений.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21. Литература как язык культуры.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Литература как художественное осмысление действительности. От сказки к роману. Зачем нужны литературные произведения? Внутренний мир человека и его духовность.</w:t>
      </w:r>
    </w:p>
    <w:p w:rsidR="00A85444" w:rsidRPr="00335B0F" w:rsidRDefault="00335B0F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22. Взаимовлияние культур.</w:t>
      </w:r>
    </w:p>
    <w:p w:rsidR="00A85444" w:rsidRPr="00335B0F" w:rsidRDefault="00335B0F">
      <w:pPr>
        <w:autoSpaceDE w:val="0"/>
        <w:autoSpaceDN w:val="0"/>
        <w:spacing w:before="72" w:after="0" w:line="271" w:lineRule="auto"/>
        <w:ind w:right="432" w:firstLine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Взаимодействие культур.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Межпоколенная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и межкультурная трансляция. Обмен ценностными установками и идеями. Примеры межкультурной коммуникации как способ формирования общих духовно-нравственных ценностей.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23. Духовно-нравственные ценности российского народа.</w:t>
      </w:r>
    </w:p>
    <w:p w:rsidR="00A85444" w:rsidRPr="00335B0F" w:rsidRDefault="00335B0F">
      <w:pPr>
        <w:autoSpaceDE w:val="0"/>
        <w:autoSpaceDN w:val="0"/>
        <w:spacing w:before="70" w:after="0" w:line="281" w:lineRule="auto"/>
        <w:ind w:right="144" w:firstLine="180"/>
        <w:rPr>
          <w:lang w:val="ru-RU"/>
        </w:rPr>
      </w:pP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справедливость, коллективизм, взаимопомощь, историческая память и преемственность поколений, единство народов России.</w:t>
      </w:r>
      <w:proofErr w:type="gramEnd"/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24. Регионы России: культурное многообразие.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Исторические и социальные причины культурного разнообразия. Каждый регион уникален. Малая Родина — часть общего Отечества.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25. Праздники в культуре народов России.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Что такое праздник? Почему праздники важны. Праздничные традиции в России. Народные праздники как память культуры, как воплощение духовно-нравственных идеалов.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286" w:right="688" w:bottom="318" w:left="666" w:header="720" w:footer="720" w:gutter="0"/>
          <w:cols w:space="720" w:equalWidth="0">
            <w:col w:w="10546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66" w:line="220" w:lineRule="exact"/>
        <w:rPr>
          <w:lang w:val="ru-RU"/>
        </w:rPr>
      </w:pPr>
    </w:p>
    <w:p w:rsidR="00A85444" w:rsidRPr="00335B0F" w:rsidRDefault="00335B0F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26. Памятники архитектуры в культуре народов России.</w:t>
      </w:r>
    </w:p>
    <w:p w:rsidR="00A85444" w:rsidRPr="00335B0F" w:rsidRDefault="00335B0F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Памятники как часть культуры: исторические, художественные, архитектурные. Культура как память. Музеи. Храмы. Дворцы. Исторические здания как свидетели истории. Архитектура и духовно-нравственные ценности народов России.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27. Музыкальная культура народов России.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Музыка. Музыкальные произведения. Музыка как форма выражения эмоциональных связей между людьми. Народные инструменты. История народа в его музыке и инструментах.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28. Изобразительное искусство народов России.</w:t>
      </w:r>
    </w:p>
    <w:p w:rsidR="00A85444" w:rsidRPr="00335B0F" w:rsidRDefault="00335B0F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Художественная реальность. Скульптура: от религиозных сюжетов к современному искусству. Храмовые росписи и фольклорные орнаменты. Живопись, графика. Выдающиеся художники разных народов России.</w:t>
      </w:r>
    </w:p>
    <w:p w:rsidR="00A85444" w:rsidRPr="00335B0F" w:rsidRDefault="00335B0F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29. Фольклор и литература народов России.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71" w:lineRule="auto"/>
        <w:ind w:right="288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Пословицы и поговорки. Эпос и сказка. Фольклор как отражение истории народа и его ценностей, морали и нравственности. Национальная литература. Богатство культуры народа в его литературе. 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30. Бытовые традиции народов России: пища, одежда, дом (</w:t>
      </w:r>
      <w:r w:rsidRPr="00335B0F">
        <w:rPr>
          <w:rFonts w:ascii="Times New Roman" w:eastAsia="Times New Roman" w:hAnsi="Times New Roman"/>
          <w:i/>
          <w:color w:val="000000"/>
          <w:sz w:val="24"/>
          <w:lang w:val="ru-RU"/>
        </w:rPr>
        <w:t>практическое занятие</w:t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).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1440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Рассказ о бытовых традициях своей семьи, народа, региона. Доклад с использованием разнообразного зрительного ряда и других источников.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31. Культурная карта России (</w:t>
      </w:r>
      <w:r w:rsidRPr="00335B0F">
        <w:rPr>
          <w:rFonts w:ascii="Times New Roman" w:eastAsia="Times New Roman" w:hAnsi="Times New Roman"/>
          <w:i/>
          <w:color w:val="000000"/>
          <w:sz w:val="24"/>
          <w:lang w:val="ru-RU"/>
        </w:rPr>
        <w:t>практическое занятие</w:t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).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География культур России. Россия как культурная карта. Описание регионов в соответствии с их особенностями.</w:t>
      </w:r>
    </w:p>
    <w:p w:rsidR="00A85444" w:rsidRPr="00335B0F" w:rsidRDefault="00335B0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32. Единство страны — залог будущего России.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Россия — единая страна. Русский мир. Общая история, сходство культурных традиций, единые духовно-нравственные ценности народов России.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286" w:right="644" w:bottom="1440" w:left="666" w:header="720" w:footer="720" w:gutter="0"/>
          <w:cols w:space="720" w:equalWidth="0">
            <w:col w:w="10590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78" w:line="220" w:lineRule="exact"/>
        <w:rPr>
          <w:lang w:val="ru-RU"/>
        </w:rPr>
      </w:pPr>
    </w:p>
    <w:p w:rsidR="00A85444" w:rsidRPr="00335B0F" w:rsidRDefault="00335B0F">
      <w:pPr>
        <w:autoSpaceDE w:val="0"/>
        <w:autoSpaceDN w:val="0"/>
        <w:spacing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A85444" w:rsidRPr="00335B0F" w:rsidRDefault="00335B0F">
      <w:pPr>
        <w:autoSpaceDE w:val="0"/>
        <w:autoSpaceDN w:val="0"/>
        <w:spacing w:before="346"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A85444" w:rsidRPr="00335B0F" w:rsidRDefault="00335B0F">
      <w:pPr>
        <w:autoSpaceDE w:val="0"/>
        <w:autoSpaceDN w:val="0"/>
        <w:spacing w:before="166" w:after="0" w:line="271" w:lineRule="auto"/>
        <w:ind w:right="144" w:firstLine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Планируемые результаты освоения курса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62" w:lineRule="auto"/>
        <w:ind w:right="1008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Личностные результаты освоения курса достигаются в единстве учебной и воспитательной деятельности.</w:t>
      </w:r>
    </w:p>
    <w:p w:rsidR="00A85444" w:rsidRPr="00335B0F" w:rsidRDefault="00335B0F">
      <w:pPr>
        <w:autoSpaceDE w:val="0"/>
        <w:autoSpaceDN w:val="0"/>
        <w:spacing w:before="70" w:after="0" w:line="281" w:lineRule="auto"/>
        <w:ind w:right="864" w:firstLine="180"/>
        <w:rPr>
          <w:lang w:val="ru-RU"/>
        </w:rPr>
      </w:pPr>
      <w:proofErr w:type="gramStart"/>
      <w:r w:rsidRPr="00335B0F">
        <w:rPr>
          <w:rFonts w:ascii="Times New Roman" w:eastAsia="Times New Roman" w:hAnsi="Times New Roman"/>
          <w:i/>
          <w:color w:val="000000"/>
          <w:sz w:val="24"/>
          <w:lang w:val="ru-RU"/>
        </w:rPr>
        <w:t>Личностные результаты</w:t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освоения курса включают осознание российской гражданской идентичности; готовность обучающихся к саморазвитию, самостоятельности и личностному самоопределению; ценность самостоятельности и инициативы; наличие мотивации к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целенаправленной социально значимой деятельности;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внутренней позиции личности как особого ценностного отношения к себе, окружающим людям и жизни в целом.</w:t>
      </w:r>
      <w:proofErr w:type="gramEnd"/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81" w:lineRule="auto"/>
        <w:ind w:right="576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1. Патриотическое воспитание 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Самоопределение (личностное, профессиональное, жизненное):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российской гражданской идентичности: патриотизма, уважения к Отечеству, прошлому и настоящему многонационального народа России через представления об исторической роли культур народов России, традиционных религий, духовно-нравственных ценностей в становлении российской государственности.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2. Гражданское воспитание 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Осознанность своей гражданской идентичности через знание истории, языка, культуры своего народа, своего края, основ культурного наследия народов России и человечества и знание основных норм морали, нравственных и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потребительстве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;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понимания и принятия гуманистических, демократических и традиционных ценностей многонационального российского общества с помощью воспитания способности к духовному развитию, нравственному самосовершенствованию; воспитание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веротерпимости, уважительного отношения к религиозным чувствам, взглядам людей или их отсутствию.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78" w:lineRule="auto"/>
        <w:ind w:right="144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3. Ценности познавательной деятельности 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A85444" w:rsidRPr="00335B0F" w:rsidRDefault="00335B0F">
      <w:pPr>
        <w:autoSpaceDE w:val="0"/>
        <w:autoSpaceDN w:val="0"/>
        <w:spacing w:before="70" w:after="0" w:line="281" w:lineRule="auto"/>
        <w:ind w:right="288" w:firstLine="180"/>
        <w:rPr>
          <w:lang w:val="ru-RU"/>
        </w:rPr>
      </w:pPr>
      <w:proofErr w:type="spellStart"/>
      <w:r w:rsidRPr="00335B0F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Смыслообразование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ответственного отношения к учению, готовности и </w:t>
      </w: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способности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обучающихся к саморазвитию и самообразованию на основе мотивации к обучению и познанию через развитие способностей к духовному развитию, нравственному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самосовершенствованию; воспитание веротерпимости, уважительного отношения к религиозным чувствам, взглядам людей или их отсутствию.</w:t>
      </w:r>
    </w:p>
    <w:p w:rsidR="00A85444" w:rsidRPr="00335B0F" w:rsidRDefault="00335B0F">
      <w:pPr>
        <w:tabs>
          <w:tab w:val="left" w:pos="180"/>
        </w:tabs>
        <w:autoSpaceDE w:val="0"/>
        <w:autoSpaceDN w:val="0"/>
        <w:spacing w:before="70" w:after="0" w:line="286" w:lineRule="auto"/>
        <w:ind w:right="288"/>
        <w:rPr>
          <w:lang w:val="ru-RU"/>
        </w:rPr>
      </w:pP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4. </w:t>
      </w:r>
      <w:proofErr w:type="gramStart"/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Духовно-нравственное воспитание 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родного края, России и народов мира; 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нравственной рефлексии и компетентности в решении моральных проблем на основе личностного выбора, нравственных чувств и нравственного поведения, осознанного и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298" w:right="650" w:bottom="41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66" w:line="220" w:lineRule="exact"/>
        <w:rPr>
          <w:lang w:val="ru-RU"/>
        </w:rPr>
      </w:pPr>
    </w:p>
    <w:p w:rsidR="00A85444" w:rsidRPr="00335B0F" w:rsidRDefault="00335B0F">
      <w:pPr>
        <w:tabs>
          <w:tab w:val="left" w:pos="180"/>
        </w:tabs>
        <w:autoSpaceDE w:val="0"/>
        <w:autoSpaceDN w:val="0"/>
        <w:spacing w:after="0" w:line="281" w:lineRule="auto"/>
        <w:rPr>
          <w:lang w:val="ru-RU"/>
        </w:rPr>
      </w:pP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ответственного отношения к собственным поступкам; 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осознание значения семьи в жизни человека и общества; принятие ценности семейной жизни; уважительное и заботливое отношение к членам своей семьи через знание основных норм морали, нравственных, духовных идеалов, хранимых в культурных традициях народов России; готовность на их основе к сознательному самоограничению в поступках, поведении, расточительном потреблении.</w:t>
      </w:r>
      <w:proofErr w:type="gramEnd"/>
    </w:p>
    <w:p w:rsidR="00A85444" w:rsidRPr="00335B0F" w:rsidRDefault="00335B0F">
      <w:pPr>
        <w:autoSpaceDE w:val="0"/>
        <w:autoSpaceDN w:val="0"/>
        <w:spacing w:before="262" w:after="0" w:line="230" w:lineRule="auto"/>
        <w:rPr>
          <w:lang w:val="ru-RU"/>
        </w:rPr>
      </w:pPr>
      <w:proofErr w:type="spellStart"/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</w:t>
      </w:r>
      <w:proofErr w:type="spellEnd"/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результаты</w:t>
      </w:r>
    </w:p>
    <w:p w:rsidR="00A85444" w:rsidRPr="00335B0F" w:rsidRDefault="00335B0F">
      <w:pPr>
        <w:autoSpaceDE w:val="0"/>
        <w:autoSpaceDN w:val="0"/>
        <w:spacing w:before="166" w:after="0" w:line="286" w:lineRule="auto"/>
        <w:ind w:right="144" w:firstLine="180"/>
        <w:rPr>
          <w:lang w:val="ru-RU"/>
        </w:rPr>
      </w:pPr>
      <w:proofErr w:type="spellStart"/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Метапредметные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результаты освоения курса включают освоение обучающимися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межпредметных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понятий (используются в нескольких предметных областях) и универсальные учебные действия (познавательные, коммуникативные, регулятивные); способность их использовать в учебной, познавательной и социальной практике; готовность к самостоятельному планированию и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осуществлению учебной деятельности и организации учебного сотрудничества с педагогом и сверстниками, к участию в построении индивидуальной образовательной траектории;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овладение навыками работы с информацией: восприятие и создание информационных текстов в различных форматах, в том числе цифровых, с учётом назначения информац</w:t>
      </w: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ии и её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аудитории.</w:t>
      </w:r>
    </w:p>
    <w:p w:rsidR="00A85444" w:rsidRPr="00335B0F" w:rsidRDefault="00335B0F">
      <w:pPr>
        <w:autoSpaceDE w:val="0"/>
        <w:autoSpaceDN w:val="0"/>
        <w:spacing w:before="70" w:after="0" w:line="262" w:lineRule="auto"/>
        <w:ind w:left="180" w:right="3888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1. Познавательные универсальные учебные действия </w:t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Познавательные универсальные учебные действия включают:</w:t>
      </w:r>
    </w:p>
    <w:p w:rsidR="00A85444" w:rsidRPr="00335B0F" w:rsidRDefault="00335B0F">
      <w:pPr>
        <w:autoSpaceDE w:val="0"/>
        <w:autoSpaceDN w:val="0"/>
        <w:spacing w:before="178" w:after="0"/>
        <w:ind w:left="420" w:right="14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умение определять понятия, создавать обобщения, устанавливать аналогии,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 (логические УУД);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420" w:right="7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умение создавать, применять и преобразовывать знаки и символы, модели и схемы для решения учебных и познавательных задач (знаков</w:t>
      </w: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о-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символические / моделирование);</w:t>
      </w:r>
    </w:p>
    <w:p w:rsidR="00A85444" w:rsidRPr="00335B0F" w:rsidRDefault="00335B0F">
      <w:pPr>
        <w:autoSpaceDE w:val="0"/>
        <w:autoSpaceDN w:val="0"/>
        <w:spacing w:before="238" w:after="0" w:line="230" w:lineRule="auto"/>
        <w:ind w:left="4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смысловое чтение;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420" w:right="432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развитие мотивации к овладению культурой активного использования словарей и других поисковых систем.</w:t>
      </w:r>
    </w:p>
    <w:p w:rsidR="00A85444" w:rsidRPr="00335B0F" w:rsidRDefault="00335B0F">
      <w:pPr>
        <w:autoSpaceDE w:val="0"/>
        <w:autoSpaceDN w:val="0"/>
        <w:spacing w:before="178" w:after="0" w:line="262" w:lineRule="auto"/>
        <w:ind w:left="180" w:right="3600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2. Коммуникативные универсальные учебные действия </w:t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Коммуникативные универсальные учебные действия включают:</w:t>
      </w:r>
    </w:p>
    <w:p w:rsidR="00A85444" w:rsidRPr="00335B0F" w:rsidRDefault="00335B0F">
      <w:pPr>
        <w:autoSpaceDE w:val="0"/>
        <w:autoSpaceDN w:val="0"/>
        <w:spacing w:before="178" w:after="0" w:line="278" w:lineRule="auto"/>
        <w:ind w:left="4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 (учебное сотрудничество);</w:t>
      </w:r>
    </w:p>
    <w:p w:rsidR="00A85444" w:rsidRPr="00335B0F" w:rsidRDefault="00335B0F">
      <w:pPr>
        <w:autoSpaceDE w:val="0"/>
        <w:autoSpaceDN w:val="0"/>
        <w:spacing w:before="238" w:after="0"/>
        <w:ind w:left="4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деятельности; владение устной и письменной речью, монологической контекстной речью (коммуникация);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420" w:right="86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и развитие компетентности в области использования информационно-коммуникационных технологий (ИКТ-компетентность).</w:t>
      </w:r>
    </w:p>
    <w:p w:rsidR="00A85444" w:rsidRPr="00335B0F" w:rsidRDefault="00335B0F">
      <w:pPr>
        <w:autoSpaceDE w:val="0"/>
        <w:autoSpaceDN w:val="0"/>
        <w:spacing w:before="178" w:after="0" w:line="262" w:lineRule="auto"/>
        <w:ind w:left="180" w:right="4176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3. Регулятивные универсальные учебные действия </w:t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Регулятивные универсальные учебные действия включают:</w:t>
      </w:r>
    </w:p>
    <w:p w:rsidR="00A85444" w:rsidRPr="00335B0F" w:rsidRDefault="00335B0F">
      <w:pPr>
        <w:autoSpaceDE w:val="0"/>
        <w:autoSpaceDN w:val="0"/>
        <w:spacing w:before="178" w:after="0" w:line="262" w:lineRule="auto"/>
        <w:ind w:left="420" w:right="14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умение самостоятельно определять цели обучения, ставить и формулировать для себя новые задачи в учёбе и познавательной деятельности, развивать мотивы и интересы своей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286" w:right="716" w:bottom="444" w:left="666" w:header="720" w:footer="720" w:gutter="0"/>
          <w:cols w:space="720" w:equalWidth="0">
            <w:col w:w="10518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66" w:line="220" w:lineRule="exact"/>
        <w:rPr>
          <w:lang w:val="ru-RU"/>
        </w:rPr>
      </w:pPr>
    </w:p>
    <w:p w:rsidR="00A85444" w:rsidRPr="00335B0F" w:rsidRDefault="00335B0F">
      <w:pPr>
        <w:autoSpaceDE w:val="0"/>
        <w:autoSpaceDN w:val="0"/>
        <w:spacing w:after="0" w:line="230" w:lineRule="auto"/>
        <w:ind w:left="4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познавательной деятельности (целеполагание);</w:t>
      </w:r>
    </w:p>
    <w:p w:rsidR="00A85444" w:rsidRPr="00335B0F" w:rsidRDefault="00335B0F">
      <w:pPr>
        <w:autoSpaceDE w:val="0"/>
        <w:autoSpaceDN w:val="0"/>
        <w:spacing w:before="238" w:after="0" w:line="271" w:lineRule="auto"/>
        <w:ind w:left="4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:rsidR="00A85444" w:rsidRPr="00335B0F" w:rsidRDefault="00335B0F">
      <w:pPr>
        <w:autoSpaceDE w:val="0"/>
        <w:autoSpaceDN w:val="0"/>
        <w:spacing w:before="238" w:after="0"/>
        <w:ind w:left="420" w:right="14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</w:t>
      </w: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й(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контроль и коррекция);</w:t>
      </w:r>
    </w:p>
    <w:p w:rsidR="00A85444" w:rsidRPr="00335B0F" w:rsidRDefault="00335B0F">
      <w:pPr>
        <w:autoSpaceDE w:val="0"/>
        <w:autoSpaceDN w:val="0"/>
        <w:spacing w:before="240" w:after="0" w:line="262" w:lineRule="auto"/>
        <w:ind w:left="420" w:right="14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умение оценивать правильность выполнения учебной задачи, собственные возможности её решения (оценка);</w:t>
      </w:r>
    </w:p>
    <w:p w:rsidR="00A85444" w:rsidRPr="00335B0F" w:rsidRDefault="00335B0F">
      <w:pPr>
        <w:autoSpaceDE w:val="0"/>
        <w:autoSpaceDN w:val="0"/>
        <w:spacing w:before="240" w:after="0" w:line="271" w:lineRule="auto"/>
        <w:ind w:left="420" w:right="288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владение основами самоконтроля, самооценки, принятия решений и осуществления осознанного выбора в учебной и познавательной (познавательная рефлексия,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саморегуляция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) деятельности.</w:t>
      </w:r>
    </w:p>
    <w:p w:rsidR="00A85444" w:rsidRPr="00335B0F" w:rsidRDefault="00335B0F">
      <w:pPr>
        <w:autoSpaceDE w:val="0"/>
        <w:autoSpaceDN w:val="0"/>
        <w:spacing w:before="322"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A85444" w:rsidRPr="00335B0F" w:rsidRDefault="00335B0F">
      <w:pPr>
        <w:autoSpaceDE w:val="0"/>
        <w:autoSpaceDN w:val="0"/>
        <w:spacing w:before="166" w:after="0"/>
        <w:ind w:firstLine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Предметные результаты освоения курса включают освоение научных знаний, умений и способов действий, специфических для соответствующей предметной области; предпосылки научного типа мышления; виды деятельности по получению нового знания, его интерпретации, преобразованию и применению в различных учебных ситуациях, в том числе при создании проектов.</w:t>
      </w:r>
    </w:p>
    <w:p w:rsidR="00A85444" w:rsidRPr="00335B0F" w:rsidRDefault="00335B0F">
      <w:pPr>
        <w:autoSpaceDE w:val="0"/>
        <w:autoSpaceDN w:val="0"/>
        <w:spacing w:before="70" w:after="0" w:line="262" w:lineRule="auto"/>
        <w:ind w:left="180" w:right="1008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Тематический блок 1. «Россия — наш общий дом»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1. Зачем изучать курс «Основы духовно-нравственной культуры народов России»?</w:t>
      </w:r>
    </w:p>
    <w:p w:rsidR="00A85444" w:rsidRPr="00335B0F" w:rsidRDefault="00335B0F">
      <w:pPr>
        <w:autoSpaceDE w:val="0"/>
        <w:autoSpaceDN w:val="0"/>
        <w:spacing w:before="178" w:after="0" w:line="271" w:lineRule="auto"/>
        <w:ind w:left="420" w:right="576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Знать цель и предназначение курса «Основы духовно-нравственной культуры народов России», понимать важность изучения культуры и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гражданствообразующих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религий для формирования личности гражданина России;</w:t>
      </w:r>
    </w:p>
    <w:p w:rsidR="00A85444" w:rsidRPr="00335B0F" w:rsidRDefault="00335B0F">
      <w:pPr>
        <w:autoSpaceDE w:val="0"/>
        <w:autoSpaceDN w:val="0"/>
        <w:spacing w:before="238" w:after="0" w:line="271" w:lineRule="auto"/>
        <w:ind w:left="420" w:right="576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 содержании данного курса, в том числе о понятиях «мораль и нравственность», «семья», «традиционные ценности», об угрозах духовно-нравственному единству страны;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420" w:right="7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взаимосвязь между языком и культурой, духовно-нравственным развитием личности и социальным поведением.</w:t>
      </w:r>
    </w:p>
    <w:p w:rsidR="00A85444" w:rsidRPr="00335B0F" w:rsidRDefault="00335B0F">
      <w:pPr>
        <w:autoSpaceDE w:val="0"/>
        <w:autoSpaceDN w:val="0"/>
        <w:spacing w:before="180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2. Наш дом — Россия</w:t>
      </w:r>
    </w:p>
    <w:p w:rsidR="00A85444" w:rsidRPr="00335B0F" w:rsidRDefault="00335B0F">
      <w:pPr>
        <w:autoSpaceDE w:val="0"/>
        <w:autoSpaceDN w:val="0"/>
        <w:spacing w:before="178" w:after="0" w:line="262" w:lineRule="auto"/>
        <w:ind w:left="420" w:right="288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об историческом пути формирования многонационального состава населения Российской Федерации, его мирном характере и причинах его формирования;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420" w:right="86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:rsidR="00A85444" w:rsidRPr="00335B0F" w:rsidRDefault="00335B0F">
      <w:pPr>
        <w:autoSpaceDE w:val="0"/>
        <w:autoSpaceDN w:val="0"/>
        <w:spacing w:before="238" w:after="0" w:line="271" w:lineRule="auto"/>
        <w:ind w:left="4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необходимость межнационального и межрелигиозного сотрудничества и взаимодействия, важность сотрудничества и дружбы между народами и нациями, обосновывать их необходимость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3. Язык и история</w:t>
      </w:r>
    </w:p>
    <w:p w:rsidR="00A85444" w:rsidRPr="00335B0F" w:rsidRDefault="00335B0F">
      <w:pPr>
        <w:autoSpaceDE w:val="0"/>
        <w:autoSpaceDN w:val="0"/>
        <w:spacing w:before="178" w:after="0" w:line="262" w:lineRule="auto"/>
        <w:ind w:left="420" w:right="14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и понимать, что такое язык, каковы важность его изучения и влияние на миропонимание личности;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286" w:right="908" w:bottom="498" w:left="666" w:header="720" w:footer="720" w:gutter="0"/>
          <w:cols w:space="720" w:equalWidth="0">
            <w:col w:w="10326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108" w:line="220" w:lineRule="exact"/>
        <w:rPr>
          <w:lang w:val="ru-RU"/>
        </w:rPr>
      </w:pPr>
    </w:p>
    <w:p w:rsidR="00A85444" w:rsidRPr="00335B0F" w:rsidRDefault="00335B0F">
      <w:pPr>
        <w:autoSpaceDE w:val="0"/>
        <w:autoSpaceDN w:val="0"/>
        <w:spacing w:after="0" w:line="262" w:lineRule="auto"/>
        <w:ind w:left="240" w:right="432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базовые представления о формировании языка как носителя духовно-нравственных смыслов культуры;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 w:right="1296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суть и смысл коммуникативной роли языка, в том числе в организации межкультурного диалога и взаимодействия;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 w:right="7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обосновывать своё понимание необходимости нравственной чистоты языка, важности лингвистической гигиены, речевого этикета.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4. Русский язык — язык общения и язык возможностей</w:t>
      </w:r>
    </w:p>
    <w:p w:rsidR="00A85444" w:rsidRPr="00335B0F" w:rsidRDefault="00335B0F">
      <w:pPr>
        <w:autoSpaceDE w:val="0"/>
        <w:autoSpaceDN w:val="0"/>
        <w:spacing w:before="178" w:after="0" w:line="262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базовые представления о происхождении и развитии русского языка, его взаимосвязи с языками других народов России;</w:t>
      </w:r>
    </w:p>
    <w:p w:rsidR="00A85444" w:rsidRPr="00335B0F" w:rsidRDefault="00335B0F">
      <w:pPr>
        <w:autoSpaceDE w:val="0"/>
        <w:autoSpaceDN w:val="0"/>
        <w:spacing w:before="240" w:after="0" w:line="262" w:lineRule="auto"/>
        <w:ind w:left="240" w:right="14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знать и уметь обосновать важность русского языка как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культурообразующего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языка народов России, важность его для существования государства и общества;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144" w:right="144"/>
        <w:jc w:val="center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понимать, что русский язык — не только важнейший элемент национальной культуры, но и историко-культурное наследие, достояние российского государства, уметь приводить примеры;</w:t>
      </w:r>
    </w:p>
    <w:p w:rsidR="00A85444" w:rsidRPr="00335B0F" w:rsidRDefault="00335B0F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 нравственных категориях русского языка и их происхождении.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5. Истоки родной культуры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сформированное представление о понятие «культура»;</w:t>
      </w:r>
    </w:p>
    <w:p w:rsidR="00A85444" w:rsidRPr="00335B0F" w:rsidRDefault="00335B0F">
      <w:pPr>
        <w:autoSpaceDE w:val="0"/>
        <w:autoSpaceDN w:val="0"/>
        <w:spacing w:before="238" w:after="0" w:line="271" w:lineRule="auto"/>
        <w:ind w:left="240" w:right="576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осознавать и уметь доказывать взаимосвязь культуры и природы; знать основные формы репрезентации культуры, уметь их различать и соотносить с реальными проявлениями культурного многообразия;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 w:right="432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уметь выделять общие черты в культуре различных народов, обосновывать их значение и причины.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6. Материальная культура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об артефактах культуры;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 w:right="14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базовое представление о традиционных укладах хозяйства: земледелии, скотоводстве, охоте, рыболовстве;</w:t>
      </w:r>
    </w:p>
    <w:p w:rsidR="00A85444" w:rsidRPr="00335B0F" w:rsidRDefault="00335B0F">
      <w:pPr>
        <w:autoSpaceDE w:val="0"/>
        <w:autoSpaceDN w:val="0"/>
        <w:spacing w:before="240" w:after="0" w:line="230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взаимосвязь между хозяйственным укладом и проявлениями духовной культуры;</w:t>
      </w:r>
    </w:p>
    <w:p w:rsidR="00A85444" w:rsidRPr="00335B0F" w:rsidRDefault="00335B0F">
      <w:pPr>
        <w:autoSpaceDE w:val="0"/>
        <w:autoSpaceDN w:val="0"/>
        <w:spacing w:before="240" w:after="0" w:line="262" w:lineRule="auto"/>
        <w:ind w:left="240" w:right="14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и объяснять зависимость основных культурных укладов народов России от географии их массового расселения, природных условий и взаимодействия с другими этносами.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7. Духовная культура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 таких культурных концептах как «искусство», «наука», «религия»;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 w:right="432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знать и давать определения терминам «мораль», «нравственность», «духовные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ценности»</w:t>
      </w: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,«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духовность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» на доступном для обучающихся уровне осмысления;</w:t>
      </w:r>
    </w:p>
    <w:p w:rsidR="00A85444" w:rsidRPr="00335B0F" w:rsidRDefault="00335B0F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смысл и взаимосвязь названных терминов с формами их репрезентации в культуре;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 w:right="432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осознавать значение культурных символов, нравственный и духовный смысл культурных артефактов;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знать, что такое знаки и символы, уметь соотносить их с культурными явлениями, с которыми они связаны.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328" w:right="720" w:bottom="302" w:left="846" w:header="720" w:footer="720" w:gutter="0"/>
          <w:cols w:space="720" w:equalWidth="0">
            <w:col w:w="10334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138" w:line="220" w:lineRule="exact"/>
        <w:rPr>
          <w:lang w:val="ru-RU"/>
        </w:rPr>
      </w:pPr>
    </w:p>
    <w:p w:rsidR="00A85444" w:rsidRPr="00335B0F" w:rsidRDefault="00335B0F">
      <w:pPr>
        <w:autoSpaceDE w:val="0"/>
        <w:autoSpaceDN w:val="0"/>
        <w:spacing w:after="0" w:line="370" w:lineRule="auto"/>
        <w:ind w:left="240" w:right="576" w:hanging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8. Культура и религия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 понятии «религия», уметь пояснить её роль в жизни общества и основные социально-культурные функции;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осознавать связь религии и морали;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роль и значение духовных ценностей в религиях народов России;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уметь характеризовать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государствообразующие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конфессии России и их картины мира.</w:t>
      </w:r>
    </w:p>
    <w:p w:rsidR="00A85444" w:rsidRPr="00335B0F" w:rsidRDefault="00335B0F">
      <w:pPr>
        <w:autoSpaceDE w:val="0"/>
        <w:autoSpaceDN w:val="0"/>
        <w:spacing w:before="178" w:after="0" w:line="355" w:lineRule="auto"/>
        <w:ind w:left="240" w:right="144" w:hanging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9. Культура и образование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Характеризовать термин «образование» и уметь обосновать его важность для личности и общества;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об основных ступенях образования в России и их необходимости;—  понимать взаимосвязь культуры и образованности человека;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приводить примеры взаимосвязи между знанием, образованием и личностным и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профессиональным ростом человека;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взаимосвязь между знанием и духовно-нравственным развитием общества, осознавать ценность знания, истины, востребованность процесса познания как получения новых сведений о мире.</w:t>
      </w:r>
    </w:p>
    <w:p w:rsidR="00A85444" w:rsidRPr="00335B0F" w:rsidRDefault="00335B0F">
      <w:pPr>
        <w:autoSpaceDE w:val="0"/>
        <w:autoSpaceDN w:val="0"/>
        <w:spacing w:before="178" w:after="0" w:line="346" w:lineRule="auto"/>
        <w:ind w:left="240" w:hanging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10. Многообразие культур России (практическое занятие)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сформированные представления о закономерностях развития культуры и истории народов, их культурных особенностях;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выделять общее и единичное в культуре на основе предметных знаний о культуре своего народа;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предполагать и доказывать наличие взаимосвязи между культурой и духовно-нравственными ценностями на основе местной культурно-исторической специфики;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обосновывать важность сохранения культурного многообразия как источника духовно-нравственных ценностей, морали и нравственности современного общества.</w:t>
      </w:r>
    </w:p>
    <w:p w:rsidR="00A85444" w:rsidRPr="00335B0F" w:rsidRDefault="00335B0F">
      <w:pPr>
        <w:tabs>
          <w:tab w:val="left" w:pos="240"/>
        </w:tabs>
        <w:autoSpaceDE w:val="0"/>
        <w:autoSpaceDN w:val="0"/>
        <w:spacing w:before="180" w:after="0" w:line="362" w:lineRule="auto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Тематический блок 2. «Семья и духовно-нравственные ценности»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11. Семья — хранитель духовных ценностей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и понимать смысл термина «семья»;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иметь представление о взаимосвязях между типом культуры и особенностями семейного быта 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и отношений в семье;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осознавать значение термина «поколение» и его взаимосвязь с культурными особенностями 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своего времени;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уметь составить рассказ о своей семье в соответствии с культурно-историческими условиями 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её существования;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и обосновывать такие понятия, как «счастливая семья», «семейное счастье»;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осознавать и уметь доказывать важность семьи как хранителя традиций и её воспитательную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358" w:right="728" w:bottom="408" w:left="846" w:header="720" w:footer="720" w:gutter="0"/>
          <w:cols w:space="720" w:equalWidth="0">
            <w:col w:w="10326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66" w:line="220" w:lineRule="exact"/>
        <w:rPr>
          <w:lang w:val="ru-RU"/>
        </w:rPr>
      </w:pPr>
    </w:p>
    <w:p w:rsidR="00A85444" w:rsidRPr="00335B0F" w:rsidRDefault="00335B0F">
      <w:pPr>
        <w:autoSpaceDE w:val="0"/>
        <w:autoSpaceDN w:val="0"/>
        <w:spacing w:after="0" w:line="322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роль;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смысл терминов «сиротство», «социальное сиротство», обосновывать нравственную важность заботы о сиротах, знать о формах помощи сиротам со стороны государства.</w:t>
      </w:r>
    </w:p>
    <w:p w:rsidR="00A85444" w:rsidRPr="00335B0F" w:rsidRDefault="00335B0F">
      <w:pPr>
        <w:autoSpaceDE w:val="0"/>
        <w:autoSpaceDN w:val="0"/>
        <w:spacing w:before="178" w:after="0" w:line="370" w:lineRule="auto"/>
        <w:ind w:left="240" w:right="720" w:hanging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12. Родина начинается с семьи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и уметь объяснить понятие «Родина»;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осознавать взаимосвязь и различия между концептами «Отечество» и «Родина»;—  понимать, что такое история семьи, каковы формы её выражения и сохранения;—  обосновывать и доказывать взаимосвязь истории семьи и истории народа, государства, человечества.</w:t>
      </w:r>
    </w:p>
    <w:p w:rsidR="00A85444" w:rsidRPr="00335B0F" w:rsidRDefault="00335B0F">
      <w:pPr>
        <w:autoSpaceDE w:val="0"/>
        <w:autoSpaceDN w:val="0"/>
        <w:spacing w:before="180" w:after="0" w:line="350" w:lineRule="auto"/>
        <w:ind w:left="240" w:right="288" w:hanging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Тема 13. </w:t>
      </w: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Традиции семейного воспитания в России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 семейных традициях и обосновывать их важность как ключевых элементах семейных отношений;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и понимать взаимосвязь семейных традиций и культуры собственного этноса;—  уметь рассказывать о семейных традициях своего народа и народов России, собственной семьи;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осознавать роль семейных традиций в культуре общества, трансляции ценностей, духовно-нравственных идеалов.</w:t>
      </w:r>
      <w:proofErr w:type="gramEnd"/>
    </w:p>
    <w:p w:rsidR="00A85444" w:rsidRPr="00335B0F" w:rsidRDefault="00335B0F">
      <w:pPr>
        <w:autoSpaceDE w:val="0"/>
        <w:autoSpaceDN w:val="0"/>
        <w:spacing w:before="178" w:after="0" w:line="338" w:lineRule="auto"/>
        <w:ind w:left="240" w:right="288" w:hanging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14. Образ семьи в культуре народов России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и называть традиционные сказочные и фольклорные сюжеты о семье, семейных обязанностях;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уметь обосновывать своё понимание семейных ценностей, выраженных в фольклорных сюжетах;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и понимать морально-нравственное значение семьи в литературных произведениях, иметь представление о ключевых сюжетах с участием семьи в произведениях художественной культуры;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и обосновывать важность семейных ценностей с использованием различного иллюстративного материала.</w:t>
      </w:r>
    </w:p>
    <w:p w:rsidR="00A85444" w:rsidRPr="00335B0F" w:rsidRDefault="00335B0F">
      <w:pPr>
        <w:autoSpaceDE w:val="0"/>
        <w:autoSpaceDN w:val="0"/>
        <w:spacing w:before="178" w:after="0" w:line="350" w:lineRule="auto"/>
        <w:ind w:left="240" w:right="288" w:hanging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15. Труд в истории семьи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и понимать, что такое семейное хозяйство и домашний труд;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и уметь объяснять специфику семьи как социального института, характеризовать роль домашнего труда и распределение экономических функций в семье;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осознавать и оценивать семейный уклад и взаимосвязь с социально-экономической структурой общества в форме большой и малой семей;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характеризовать распределение семейного труда и осознавать его важность для укрепления целостности семьи.</w:t>
      </w:r>
    </w:p>
    <w:p w:rsidR="00A85444" w:rsidRPr="00335B0F" w:rsidRDefault="00335B0F">
      <w:pPr>
        <w:tabs>
          <w:tab w:val="left" w:pos="240"/>
        </w:tabs>
        <w:autoSpaceDE w:val="0"/>
        <w:autoSpaceDN w:val="0"/>
        <w:spacing w:before="178" w:after="0" w:line="310" w:lineRule="auto"/>
        <w:ind w:right="7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16. Семья в современном мире (</w:t>
      </w:r>
      <w:r w:rsidRPr="00335B0F">
        <w:rPr>
          <w:rFonts w:ascii="Times New Roman" w:eastAsia="Times New Roman" w:hAnsi="Times New Roman"/>
          <w:i/>
          <w:color w:val="000000"/>
          <w:sz w:val="24"/>
          <w:lang w:val="ru-RU"/>
        </w:rPr>
        <w:t>практическое занятие</w:t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)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сформированные представления о закономерностях развития семьи в культуре и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286" w:right="710" w:bottom="318" w:left="846" w:header="720" w:footer="720" w:gutter="0"/>
          <w:cols w:space="720" w:equalWidth="0">
            <w:col w:w="10344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66" w:line="220" w:lineRule="exact"/>
        <w:rPr>
          <w:lang w:val="ru-RU"/>
        </w:rPr>
      </w:pPr>
    </w:p>
    <w:p w:rsidR="00A85444" w:rsidRPr="00335B0F" w:rsidRDefault="00335B0F">
      <w:pPr>
        <w:autoSpaceDE w:val="0"/>
        <w:autoSpaceDN w:val="0"/>
        <w:spacing w:after="0" w:line="338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истории народов России, уметь обосновывать данные закономерности на региональных материалах и примерах из жизни собственной семьи;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предполагать и доказывать наличие взаимосвязи между культурой и духовно-нравственными ценностями семьи;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преемственности.</w:t>
      </w:r>
    </w:p>
    <w:p w:rsidR="00A85444" w:rsidRPr="00335B0F" w:rsidRDefault="00335B0F">
      <w:pPr>
        <w:tabs>
          <w:tab w:val="left" w:pos="240"/>
        </w:tabs>
        <w:autoSpaceDE w:val="0"/>
        <w:autoSpaceDN w:val="0"/>
        <w:spacing w:before="300" w:after="0" w:line="350" w:lineRule="auto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Тематический блок 3. «Духовно-нравственное богатство личности»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17. Личность — общество — культура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и понимать значение термина «человек» в контексте духовно-нравственной культуры;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уметь обосновать взаимосвязь и взаимообусловленность человека и общества, человека и 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культуры;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понимать и объяснять различия между обоснованием термина «личность» в быту, в контексте 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культуры и творчества;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знать, что такое гуманизм, иметь представление о его источниках в культуре.</w:t>
      </w:r>
    </w:p>
    <w:p w:rsidR="00A85444" w:rsidRPr="00335B0F" w:rsidRDefault="00335B0F">
      <w:pPr>
        <w:autoSpaceDE w:val="0"/>
        <w:autoSpaceDN w:val="0"/>
        <w:spacing w:before="178" w:after="0" w:line="370" w:lineRule="auto"/>
        <w:ind w:left="240" w:right="720" w:hanging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18. Духовный мир человека. Человек — творец культуры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значение термина «творчество» в нескольких аспектах и понимать границы их применимости;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осознавать и доказывать важность моральн</w:t>
      </w: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о-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нравственных ограничений в творчестве;—  обосновывать важность творчества как реализацию духовно-нравственных ценностей человека;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доказывать детерминированность творчества культурой своего этноса;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и уметь объяснить взаимосвязь труда и творчества.</w:t>
      </w:r>
    </w:p>
    <w:p w:rsidR="00A85444" w:rsidRPr="00335B0F" w:rsidRDefault="00335B0F">
      <w:pPr>
        <w:autoSpaceDE w:val="0"/>
        <w:autoSpaceDN w:val="0"/>
        <w:spacing w:before="180" w:after="0" w:line="346" w:lineRule="auto"/>
        <w:ind w:left="240" w:right="144" w:hanging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19. Личность и духовно-нравственные ценности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и уметь объяснить значение и роль морали и нравственности в жизни человека;—  обосновывать происхождение духовных ценностей, понимание идеалов добра и зла;—  понимать и уметь показывать на примерах значение таких ценностей, как «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взаимопомощь»</w:t>
      </w: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,«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сострадание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», «милосердие», «любовь», «дружба», «коллективизм», «патриотизм», «любовь к близким».</w:t>
      </w:r>
    </w:p>
    <w:p w:rsidR="00A85444" w:rsidRPr="00335B0F" w:rsidRDefault="00335B0F">
      <w:pPr>
        <w:tabs>
          <w:tab w:val="left" w:pos="240"/>
        </w:tabs>
        <w:autoSpaceDE w:val="0"/>
        <w:autoSpaceDN w:val="0"/>
        <w:spacing w:before="178" w:after="0" w:line="346" w:lineRule="auto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Тематический блок 4. «Культурное единство России»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20. Историческая память как духовно-нравственная ценность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Понимать и уметь объяснять суть термина «история», знать основные исторические периоды 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и уметь выделять их сущностные черты;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 значении и функциях изучения истории;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осознавать историю своей семьи и народа как часть мирового исторического процесса. Знать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286" w:right="754" w:bottom="452" w:left="846" w:header="720" w:footer="720" w:gutter="0"/>
          <w:cols w:space="720" w:equalWidth="0">
            <w:col w:w="10300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66" w:line="220" w:lineRule="exact"/>
        <w:rPr>
          <w:lang w:val="ru-RU"/>
        </w:rPr>
      </w:pPr>
    </w:p>
    <w:p w:rsidR="00A85444" w:rsidRPr="00335B0F" w:rsidRDefault="00335B0F">
      <w:pPr>
        <w:autoSpaceDE w:val="0"/>
        <w:autoSpaceDN w:val="0"/>
        <w:spacing w:after="0" w:line="262" w:lineRule="auto"/>
        <w:ind w:left="240" w:right="14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о существовании связи между историческими событиями и культурой. Обосновывать важность изучения истории как духовно-нравственного долга гражданина и патриота.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21. Литература как язык культуры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и понимать отличия литературы от других видов художественного творчества;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 w:right="14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рассказывать об особенностях литературного повествования, выделять простые выразительные средства литературного языка;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 w:right="7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обосновывать и доказывать важность литературы как культурного явления, как формы трансляции культурных ценностей;</w:t>
      </w:r>
    </w:p>
    <w:p w:rsidR="00A85444" w:rsidRPr="00335B0F" w:rsidRDefault="00335B0F">
      <w:pPr>
        <w:autoSpaceDE w:val="0"/>
        <w:autoSpaceDN w:val="0"/>
        <w:spacing w:before="240" w:after="0" w:line="262" w:lineRule="auto"/>
        <w:ind w:left="240" w:right="1152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находить и обозначать средства выражения морального и нравственного смысла в литературных произведениях.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22. Взаимовлияние культур</w:t>
      </w:r>
    </w:p>
    <w:p w:rsidR="00A85444" w:rsidRPr="00335B0F" w:rsidRDefault="00335B0F">
      <w:pPr>
        <w:autoSpaceDE w:val="0"/>
        <w:autoSpaceDN w:val="0"/>
        <w:spacing w:before="178" w:after="0" w:line="262" w:lineRule="auto"/>
        <w:ind w:left="240" w:right="14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Иметь представление о значении терминов «взаимодействие культур», «культурный 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обмен</w:t>
      </w: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»к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ак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формах распространения и обогащения духовно-нравственных идеалов общества;</w:t>
      </w:r>
    </w:p>
    <w:p w:rsidR="00A85444" w:rsidRPr="00335B0F" w:rsidRDefault="00335B0F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и обосновывать важность сохранения культурного наследия;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знать, что такое глобализация, уметь приводить примеры межкультурной коммуникации как способа формирования общих духовно-нравственных ценностей.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23. Духовно-нравственные ценности российского народа</w:t>
      </w:r>
    </w:p>
    <w:p w:rsidR="00A85444" w:rsidRPr="00335B0F" w:rsidRDefault="00335B0F">
      <w:pPr>
        <w:autoSpaceDE w:val="0"/>
        <w:autoSpaceDN w:val="0"/>
        <w:spacing w:before="178" w:after="0" w:line="283" w:lineRule="auto"/>
        <w:ind w:left="240" w:right="576"/>
        <w:rPr>
          <w:lang w:val="ru-RU"/>
        </w:rPr>
      </w:pP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и уметь объяснить суть и значение следующих духовно-нравственных ценностей: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 с опорой на культурные и исторические особенности российского народа:</w:t>
      </w:r>
      <w:proofErr w:type="gramEnd"/>
    </w:p>
    <w:p w:rsidR="00A85444" w:rsidRPr="00335B0F" w:rsidRDefault="00335B0F">
      <w:pPr>
        <w:autoSpaceDE w:val="0"/>
        <w:autoSpaceDN w:val="0"/>
        <w:spacing w:before="238" w:after="0" w:line="262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осознавать духовно-нравственные ценности в качестве базовых общегражданских ценностей российского общества и уметь доказывать это.</w:t>
      </w:r>
    </w:p>
    <w:p w:rsidR="00A85444" w:rsidRPr="00335B0F" w:rsidRDefault="00335B0F">
      <w:pPr>
        <w:autoSpaceDE w:val="0"/>
        <w:autoSpaceDN w:val="0"/>
        <w:spacing w:before="180"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24. Регионы России: культурное многообразие</w:t>
      </w:r>
    </w:p>
    <w:p w:rsidR="00A85444" w:rsidRPr="00335B0F" w:rsidRDefault="00335B0F">
      <w:pPr>
        <w:autoSpaceDE w:val="0"/>
        <w:autoSpaceDN w:val="0"/>
        <w:spacing w:before="180" w:after="0" w:line="230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принципы федеративного устройства России и концепт «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полиэтничность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»;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 w:right="1008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называть основные этносы Российской Федерации и регионы, где они традиционно проживают;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 w:right="1008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уметь объяснить значение словосочетаний «многонациональный народ Российской Федерации», «</w:t>
      </w:r>
      <w:proofErr w:type="spell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государствообразующий</w:t>
      </w:r>
      <w:proofErr w:type="spell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народ», «титульный этнос»;</w:t>
      </w:r>
    </w:p>
    <w:p w:rsidR="00A85444" w:rsidRPr="00335B0F" w:rsidRDefault="00335B0F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ценность многообразия культурных укладов народов Российской Федерации;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демонстрировать готовность к сохранению межнационального и межрелигиозного согласия в России;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 w:right="432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уметь выделять общие черты в культуре различных народов, обосновывать их значение и причины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25. Праздники в культуре народов России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286" w:right="790" w:bottom="372" w:left="846" w:header="720" w:footer="720" w:gutter="0"/>
          <w:cols w:space="720" w:equalWidth="0">
            <w:col w:w="10264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132" w:line="220" w:lineRule="exact"/>
        <w:rPr>
          <w:lang w:val="ru-RU"/>
        </w:rPr>
      </w:pPr>
    </w:p>
    <w:p w:rsidR="00A85444" w:rsidRPr="00335B0F" w:rsidRDefault="00335B0F">
      <w:pPr>
        <w:autoSpaceDE w:val="0"/>
        <w:autoSpaceDN w:val="0"/>
        <w:spacing w:after="0" w:line="389" w:lineRule="auto"/>
        <w:ind w:left="240" w:right="576"/>
        <w:rPr>
          <w:lang w:val="ru-RU"/>
        </w:rPr>
      </w:pP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 природе праздников и обосновывать их важность как элементов культуры;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устанавливать взаимосвязь праздников и культурного уклада;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различать основные типы праздников;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уметь рассказывать о праздничных традициях народов России и собственной семьи;—  анализировать связь праздников и истории, культуры народов России;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основной смысл семейных праздников: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определять нравственный смысл праздников народов России;</w:t>
      </w:r>
      <w:proofErr w:type="gramEnd"/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осознавать значение праздников как элементов культурной памяти народов России, как воплощение духовно-нравственных идеалов.</w:t>
      </w:r>
    </w:p>
    <w:p w:rsidR="00A85444" w:rsidRPr="00335B0F" w:rsidRDefault="00335B0F">
      <w:pPr>
        <w:autoSpaceDE w:val="0"/>
        <w:autoSpaceDN w:val="0"/>
        <w:spacing w:before="178" w:after="0" w:line="355" w:lineRule="auto"/>
        <w:ind w:left="240" w:hanging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26. Памятники архитектуры народов России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Знать, что такое архитектура, уметь охарактеризовать основные типы памятников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архитектуры и проследить связь между их структурой и особенностями культуры и этапами исторического развития;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взаимосвязь между типом жилищ и типом хозяйственной деятельности;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осознавать и уметь охарактеризовать связь между уровнем научно-технического развития и типами жилищ;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осознавать и уметь объяснять взаимосвязь между особенностями архитектуры и духовно-нравственными ценностями народов России;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устанавливать связь между историей памятника и историей края, характеризовать памятники истории и культуры;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иметь представление о нравственном и научном смысле краеведческой работы.</w:t>
      </w:r>
    </w:p>
    <w:p w:rsidR="00A85444" w:rsidRPr="00335B0F" w:rsidRDefault="00335B0F">
      <w:pPr>
        <w:tabs>
          <w:tab w:val="left" w:pos="240"/>
        </w:tabs>
        <w:autoSpaceDE w:val="0"/>
        <w:autoSpaceDN w:val="0"/>
        <w:spacing w:before="178" w:after="0" w:line="350" w:lineRule="auto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27. Музыкальная культура народов России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Знать и понимать отличия музыки от других видов художественного творчества, рассказывать 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об особенностях музыкального повествования, выделять простые выразительные средства 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музыкального языка;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обосновывать и доказывать важность музыки как культурного явления, как формы 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трансляции культурных ценностей;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находить и обозначать средства выражения морального и нравственного смысла 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музыкальных произведений;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основные темы музыкального творчества народов России, народные инструменты Тема 28. Изобразительное искусство народов России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Знать и понимать отличия изобразительного искусства от других видов художественного 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творчества, рассказывать об особенностях и выразительных средствах изобразительного </w:t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искусства;</w:t>
      </w:r>
      <w:r w:rsidRPr="00335B0F">
        <w:rPr>
          <w:lang w:val="ru-RU"/>
        </w:rPr>
        <w:br/>
      </w:r>
      <w:r w:rsidRPr="00335B0F">
        <w:rPr>
          <w:lang w:val="ru-RU"/>
        </w:rPr>
        <w:tab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уметь объяснить, что такое скульптура, живопись, графика, фольклорные орнаменты;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352" w:right="710" w:bottom="384" w:left="846" w:header="720" w:footer="720" w:gutter="0"/>
          <w:cols w:space="720" w:equalWidth="0">
            <w:col w:w="10344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84" w:line="220" w:lineRule="exact"/>
        <w:rPr>
          <w:lang w:val="ru-RU"/>
        </w:rPr>
      </w:pPr>
    </w:p>
    <w:p w:rsidR="00A85444" w:rsidRPr="00335B0F" w:rsidRDefault="00335B0F">
      <w:pPr>
        <w:autoSpaceDE w:val="0"/>
        <w:autoSpaceDN w:val="0"/>
        <w:spacing w:after="0" w:line="262" w:lineRule="auto"/>
        <w:ind w:left="240" w:right="14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обосновывать и доказывать важность изобразительного искусства как культурного явления, как формы трансляции культурных ценностей;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 w:right="1296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находить и обозначать средства выражения морального и нравственного смысла изобразительного искусства;</w:t>
      </w:r>
    </w:p>
    <w:p w:rsidR="00A85444" w:rsidRPr="00335B0F" w:rsidRDefault="00335B0F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основные темы изобразительного искусства народов России.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29. Фольклор и литература народов России</w:t>
      </w:r>
    </w:p>
    <w:p w:rsidR="00A85444" w:rsidRPr="00335B0F" w:rsidRDefault="00335B0F">
      <w:pPr>
        <w:autoSpaceDE w:val="0"/>
        <w:autoSpaceDN w:val="0"/>
        <w:spacing w:before="178" w:after="0" w:line="262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и понимать, что такое пословицы и поговорки, обосновывать важность и нужность этих языковых выразительных средств;</w:t>
      </w:r>
    </w:p>
    <w:p w:rsidR="00A85444" w:rsidRPr="00335B0F" w:rsidRDefault="00335B0F">
      <w:pPr>
        <w:autoSpaceDE w:val="0"/>
        <w:autoSpaceDN w:val="0"/>
        <w:spacing w:before="240" w:after="0" w:line="230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и объяснять, что такое эпос, миф, сказка, былина, песня;</w:t>
      </w:r>
    </w:p>
    <w:p w:rsidR="00A85444" w:rsidRPr="00335B0F" w:rsidRDefault="00335B0F">
      <w:pPr>
        <w:autoSpaceDE w:val="0"/>
        <w:autoSpaceDN w:val="0"/>
        <w:spacing w:before="240" w:after="0" w:line="262" w:lineRule="auto"/>
        <w:ind w:left="240" w:right="7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:rsidR="00A85444" w:rsidRPr="00335B0F" w:rsidRDefault="00335B0F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знать, что такое национальная литература и каковы её выразительные средства;</w:t>
      </w:r>
    </w:p>
    <w:p w:rsidR="00A85444" w:rsidRPr="00335B0F" w:rsidRDefault="00335B0F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оценивать морально-нравственный потенциал национальной литературы.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30. Бытовые традиции народов России: пища, одежда, дом</w:t>
      </w:r>
    </w:p>
    <w:p w:rsidR="00A85444" w:rsidRPr="00335B0F" w:rsidRDefault="00335B0F">
      <w:pPr>
        <w:autoSpaceDE w:val="0"/>
        <w:autoSpaceDN w:val="0"/>
        <w:spacing w:before="178" w:after="0" w:line="262" w:lineRule="auto"/>
        <w:ind w:left="240" w:right="288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и уметь объяснить взаимосвязь между бытом и природными условиями проживания народа на примерах из истории и культуры своего региона;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 w:right="7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уметь доказывать и отстаивать важность сохранения и развития культурных, духовно-нравственных, семейных и этнических традиций, многообразия культур;</w:t>
      </w:r>
    </w:p>
    <w:p w:rsidR="00A85444" w:rsidRPr="00335B0F" w:rsidRDefault="00335B0F">
      <w:pPr>
        <w:autoSpaceDE w:val="0"/>
        <w:autoSpaceDN w:val="0"/>
        <w:spacing w:before="238" w:after="0" w:line="271" w:lineRule="auto"/>
        <w:ind w:left="240" w:right="576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уметь оценивать и устанавливать границы и приоритеты взаимодействия между людьми разной этнической, религиозной и гражданской идентичности на доступном для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шестиклассников уровне (с учётом их возрастных особенностей);</w:t>
      </w:r>
    </w:p>
    <w:p w:rsidR="00A85444" w:rsidRPr="00335B0F" w:rsidRDefault="00335B0F">
      <w:pPr>
        <w:autoSpaceDE w:val="0"/>
        <w:autoSpaceDN w:val="0"/>
        <w:spacing w:before="238" w:after="0" w:line="271" w:lineRule="auto"/>
        <w:ind w:left="240" w:right="144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понимать и уметь показывать на примерах значение таких ценностей, как взаимопомощь, сострадание, милосердие, любовь, дружба, коллективизм, патриотизм, любовь к </w:t>
      </w:r>
      <w:proofErr w:type="gramStart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близким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 через бытовые традиции народов своего края.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31. Культурная карта России (практическое занятие)</w:t>
      </w:r>
    </w:p>
    <w:p w:rsidR="00A85444" w:rsidRPr="00335B0F" w:rsidRDefault="00335B0F">
      <w:pPr>
        <w:autoSpaceDE w:val="0"/>
        <w:autoSpaceDN w:val="0"/>
        <w:spacing w:before="180" w:after="0" w:line="262" w:lineRule="auto"/>
        <w:ind w:left="240" w:right="576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и уметь объяснить отличия культурной географии от физической и политической географии;</w:t>
      </w:r>
    </w:p>
    <w:p w:rsidR="00A85444" w:rsidRPr="00335B0F" w:rsidRDefault="00335B0F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понимать, что такое культурная карта народов России;</w:t>
      </w:r>
    </w:p>
    <w:p w:rsidR="00A85444" w:rsidRPr="00335B0F" w:rsidRDefault="00335B0F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описывать отдельные области культурной карты в соответствии с их особенностями.</w:t>
      </w:r>
    </w:p>
    <w:p w:rsidR="00A85444" w:rsidRPr="00335B0F" w:rsidRDefault="00335B0F">
      <w:pPr>
        <w:autoSpaceDE w:val="0"/>
        <w:autoSpaceDN w:val="0"/>
        <w:spacing w:before="178" w:after="0" w:line="230" w:lineRule="auto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Тема 32. Единство страны — залог будущего России</w:t>
      </w:r>
    </w:p>
    <w:p w:rsidR="00A85444" w:rsidRPr="00335B0F" w:rsidRDefault="00335B0F">
      <w:pPr>
        <w:autoSpaceDE w:val="0"/>
        <w:autoSpaceDN w:val="0"/>
        <w:spacing w:before="178" w:after="0" w:line="262" w:lineRule="auto"/>
        <w:ind w:left="240" w:right="288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Знать и уметь объяснить значение и роль общих элементов в культуре народов России для обоснования её территориального, политического и экономического единства;</w:t>
      </w:r>
    </w:p>
    <w:p w:rsidR="00A85444" w:rsidRPr="00335B0F" w:rsidRDefault="00335B0F">
      <w:pPr>
        <w:autoSpaceDE w:val="0"/>
        <w:autoSpaceDN w:val="0"/>
        <w:spacing w:before="238" w:after="0" w:line="262" w:lineRule="auto"/>
        <w:ind w:left="240" w:right="720"/>
        <w:rPr>
          <w:lang w:val="ru-RU"/>
        </w:rPr>
      </w:pP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—  понимать и доказывать важность и преимущества этого единства перед требованиями национального самоопределения отдельных этносов.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304" w:right="748" w:bottom="998" w:left="846" w:header="720" w:footer="720" w:gutter="0"/>
          <w:cols w:space="720" w:equalWidth="0">
            <w:col w:w="10306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64" w:line="220" w:lineRule="exact"/>
        <w:rPr>
          <w:lang w:val="ru-RU"/>
        </w:rPr>
      </w:pPr>
    </w:p>
    <w:p w:rsidR="00A85444" w:rsidRDefault="00335B0F">
      <w:pPr>
        <w:autoSpaceDE w:val="0"/>
        <w:autoSpaceDN w:val="0"/>
        <w:spacing w:after="258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2726"/>
        <w:gridCol w:w="528"/>
        <w:gridCol w:w="1104"/>
        <w:gridCol w:w="1142"/>
        <w:gridCol w:w="864"/>
        <w:gridCol w:w="5812"/>
        <w:gridCol w:w="1116"/>
        <w:gridCol w:w="1742"/>
      </w:tblGrid>
      <w:tr w:rsidR="00A85444">
        <w:trPr>
          <w:trHeight w:hRule="exact" w:val="348"/>
        </w:trPr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27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5" w:lineRule="auto"/>
              <w:ind w:left="72" w:right="43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часов</w:t>
            </w:r>
            <w:proofErr w:type="spellEnd"/>
          </w:p>
        </w:tc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 деятельности</w:t>
            </w:r>
          </w:p>
        </w:tc>
        <w:tc>
          <w:tcPr>
            <w:tcW w:w="11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7" w:lineRule="auto"/>
              <w:ind w:left="72" w:right="288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контроля</w:t>
            </w:r>
          </w:p>
        </w:tc>
        <w:tc>
          <w:tcPr>
            <w:tcW w:w="17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50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Электронные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(цифровые)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 ресурсы</w:t>
            </w:r>
          </w:p>
        </w:tc>
      </w:tr>
      <w:tr w:rsidR="00A85444">
        <w:trPr>
          <w:trHeight w:hRule="exact" w:val="576"/>
        </w:trPr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444" w:rsidRDefault="00A85444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444" w:rsidRDefault="00A85444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444" w:rsidRDefault="00A85444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444" w:rsidRDefault="00A85444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444" w:rsidRDefault="00A85444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444" w:rsidRDefault="00A85444"/>
        </w:tc>
      </w:tr>
      <w:tr w:rsidR="00A85444" w:rsidRPr="00BD3659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Тематический блок 1. «Россия — наш общий дом»</w:t>
            </w:r>
          </w:p>
        </w:tc>
      </w:tr>
      <w:tr w:rsidR="00A85444">
        <w:trPr>
          <w:trHeight w:hRule="exact" w:val="734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272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Зачем изучать курс «Основы духовно-нравственной культуры народов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России»?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03.09.2022</w:t>
            </w:r>
          </w:p>
        </w:tc>
        <w:tc>
          <w:tcPr>
            <w:tcW w:w="581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45" w:lineRule="auto"/>
              <w:ind w:left="7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формировать представление об особенностях курса «Основы духовно-нравственной культуры народов России»;</w:t>
            </w:r>
          </w:p>
        </w:tc>
        <w:tc>
          <w:tcPr>
            <w:tcW w:w="11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A85444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Наш дом — Россия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10.09.2022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 w:right="288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слушать и понимать объяснения учителя по теме урока;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формировать представление о необходимости и важности межнационального и межрелигиозного сотрудничества, взаимодействия;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A85444">
        <w:trPr>
          <w:trHeight w:hRule="exact" w:val="111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Язык и история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17.09.2022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2" w:lineRule="auto"/>
              <w:ind w:left="72" w:right="144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формировать представления о языке как носителе духовно-нравственных смыслов культуры;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особенности коммуникативной роли языка;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и анализировать выступления одноклассников, отбирать и сравнивать учебный материал по нескольким источникам;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A85444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1.4.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Русский язык — язык общения и язык возможностей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24.09.2022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50" w:lineRule="auto"/>
              <w:ind w:left="72" w:right="576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формировать представление о русском языке как языке межнационального общения;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слушать объяснения учителя, стараясь выделить главное;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объяснять наблюдаемые в практике изучения языка явления;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A85444">
        <w:trPr>
          <w:trHeight w:hRule="exact" w:val="92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Истоки родной культуры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01.10.2022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50" w:lineRule="auto"/>
              <w:ind w:left="7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формировать представление о том, что такое культура, об общих чертах в  культуре разных народов;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слушать и понимать объяснения учителя по теме урока;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выполнять задания на понимание и разграничение понятий по теме;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A85444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1.6.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Материальная культура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08.10.2022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 w:right="43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формировать представление о традиционных укладах жизни разных народов; слушать и анализировать выступления одноклассников;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работать с учебником, анализировать проблемные ситуации;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A85444" w:rsidRPr="00BD3659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1.7.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Духовная культура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15.10.2022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 w:right="288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формировать представление о духовной культуре разных народов;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взаимосвязь между проявлениями материальной и духовной культуры; выполнять задания на понимание и разграничение понятий по теме;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учиться работать с текстом и зри тельным рядом учебника;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1.8.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Культура и религия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22.10.2022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формировать представление о понятии «религия», понимать и уметь объяснять, в чём заключается связь культуры и религии;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работать с научно-популярной литературой по теме;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7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1.9.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Культура и образование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29.10.2022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50" w:lineRule="auto"/>
              <w:ind w:left="72" w:right="144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смысл понятия «образование», уметь объяснять важность и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необходимость образования для общества;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отбирать и сравнивать учебные материалы по теме;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1.10.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45" w:lineRule="auto"/>
              <w:ind w:left="72" w:right="576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Многообразие культур России (</w:t>
            </w:r>
            <w:r w:rsidRPr="00335B0F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>практическое занятие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12.11.2022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 w:right="576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отбирать материал по нескольким источникам, готовить доклады, работать с научно-популярной литературой;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выступления одноклассников;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32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Тематический блок 2. «Семья и духовно-нравственные ценности»</w:t>
            </w:r>
          </w:p>
        </w:tc>
      </w:tr>
    </w:tbl>
    <w:p w:rsidR="00A85444" w:rsidRPr="00335B0F" w:rsidRDefault="00A85444">
      <w:pPr>
        <w:autoSpaceDE w:val="0"/>
        <w:autoSpaceDN w:val="0"/>
        <w:spacing w:after="0" w:line="14" w:lineRule="exact"/>
        <w:rPr>
          <w:lang w:val="ru-RU"/>
        </w:rPr>
      </w:pPr>
    </w:p>
    <w:p w:rsidR="00A85444" w:rsidRPr="00335B0F" w:rsidRDefault="00A85444">
      <w:pPr>
        <w:rPr>
          <w:lang w:val="ru-RU"/>
        </w:rPr>
        <w:sectPr w:rsidR="00A85444" w:rsidRPr="00335B0F">
          <w:pgSz w:w="16840" w:h="11900"/>
          <w:pgMar w:top="282" w:right="640" w:bottom="47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2726"/>
        <w:gridCol w:w="528"/>
        <w:gridCol w:w="1104"/>
        <w:gridCol w:w="1142"/>
        <w:gridCol w:w="864"/>
        <w:gridCol w:w="5812"/>
        <w:gridCol w:w="1116"/>
        <w:gridCol w:w="1742"/>
      </w:tblGrid>
      <w:tr w:rsidR="00A85444" w:rsidRPr="00BD3659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Семья  — хранитель духовных ценностей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19.11.2022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50" w:lineRule="auto"/>
              <w:ind w:left="72" w:right="43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понимать, что такое семья, формировать представление о взаимосвязях между типом культуры и особенностями семейного уклада у разных народов; понимать значение термина «поколение»;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решать проблемные задачи;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Родина начинается с семьи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26.11.2022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50" w:lineRule="auto"/>
              <w:ind w:left="72" w:right="144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объяснять, как и почему история каждой семьи тесно связана с историей страны, народа;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разграничивать понятия по теме, систематизировать учебный материал;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111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Традиции семейного воспитания в России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03.12.2022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52" w:lineRule="auto"/>
              <w:ind w:left="72" w:right="144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объяснять, что такое традиция, уметь рассказывать о традициях своей семьи, семейных традициях своего народа и других народов России;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уметь объяснять и разграничивать основные понятия по теме;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просматривать и анализировать учебные фильмы, работать с раздаточным материалом;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45" w:lineRule="auto"/>
              <w:ind w:left="72" w:right="43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Образ семьи в культуре народов России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10.12.2022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 w:right="576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знать основные фольклорные сюжеты о семье, семейных ценностях;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знать и понимать морально-нравственное значение семьи;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работать с научно-популярной литературой, просматривать и анализировать учебные фильмы, систематизировать учебный материал;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Труд в истории семьи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17.12.2022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понимать, что такое «семейный труд», сознавать и характеризовать важного общего семейного труда для укрепления целостности семьи;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самостоятельно работать с учебником;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92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2.6.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5" w:lineRule="auto"/>
              <w:ind w:left="72" w:right="720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Семья в современном мире (</w:t>
            </w:r>
            <w:r w:rsidRPr="00335B0F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>практическое занятие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14.01.2023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50" w:lineRule="auto"/>
              <w:ind w:left="72" w:right="288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понимать, почему важно изучать и хранить историю своей семьи, передавать её следующим поколениям;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готовить доклад, сообщение; создавать семейное древо; отбирать и сравнивать материал из нескольких источников;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Тематический блок 3. «Духовно-нравственное богатство личности»</w:t>
            </w:r>
          </w:p>
        </w:tc>
      </w:tr>
      <w:tr w:rsidR="00A85444" w:rsidRPr="00BD3659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Личность  — общество  — культура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21.01.2023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 w:right="576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знать, что такое гуманизм, понимать, что делает человека человеком и какие проявления людей можно назвать гуманными;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работать с научно-популярной литературой, уметь разграничивать понятия, осваивать смысловое чтение (решать текстовые задачи);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92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Духовный мир человека. Человек </w:t>
            </w:r>
            <w:proofErr w:type="gramStart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—т</w:t>
            </w:r>
            <w:proofErr w:type="gram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ворец культуры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28.01.2023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объяснять значение слова «человек» в контексте духовно- нравственной культуры;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слушать объяснения учителя, работать с учебником, уметь понимать и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разграничивать основные понятия по теме;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123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Личность и духовно-нравственные ценности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04.02.2023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объяснять, что такое мораль и нравственность, любовь </w:t>
            </w:r>
            <w:proofErr w:type="gramStart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</w:t>
            </w:r>
            <w:proofErr w:type="gram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близким; показывать на примерах важность таких ценностей как взаимопомощь, сострадание, милосердие, любовь, дружба и др.;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разграничивать и определять основные понятия, решать текстовые задачи, работать с учебником;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5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Тематический блок 4. «Культурное единство России»</w:t>
            </w:r>
          </w:p>
        </w:tc>
      </w:tr>
      <w:tr w:rsidR="00A85444" w:rsidRPr="00BD3659">
        <w:trPr>
          <w:trHeight w:hRule="exact" w:val="109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45" w:lineRule="auto"/>
              <w:ind w:left="72" w:right="288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Историческая память как духовно-нравственная ценность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11.02.2023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2" w:lineRule="auto"/>
              <w:ind w:left="72" w:right="288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смысл термина «история», понимать важность изучения истории; понимать и объяснять, что такое историческая память, как история каждой семьи связана с историей страны;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работать с учебником, выделять и определять основные понятия, слушать и анализировать выступления одноклассников;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</w:tbl>
    <w:p w:rsidR="00A85444" w:rsidRPr="00335B0F" w:rsidRDefault="00A85444">
      <w:pPr>
        <w:autoSpaceDE w:val="0"/>
        <w:autoSpaceDN w:val="0"/>
        <w:spacing w:after="0" w:line="14" w:lineRule="exact"/>
        <w:rPr>
          <w:lang w:val="ru-RU"/>
        </w:rPr>
      </w:pPr>
    </w:p>
    <w:p w:rsidR="00A85444" w:rsidRPr="00335B0F" w:rsidRDefault="00A85444">
      <w:pPr>
        <w:rPr>
          <w:lang w:val="ru-RU"/>
        </w:rPr>
        <w:sectPr w:rsidR="00A85444" w:rsidRPr="00335B0F">
          <w:pgSz w:w="16840" w:h="11900"/>
          <w:pgMar w:top="284" w:right="640" w:bottom="43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2726"/>
        <w:gridCol w:w="528"/>
        <w:gridCol w:w="1104"/>
        <w:gridCol w:w="1142"/>
        <w:gridCol w:w="864"/>
        <w:gridCol w:w="5812"/>
        <w:gridCol w:w="1116"/>
        <w:gridCol w:w="1742"/>
      </w:tblGrid>
      <w:tr w:rsidR="00A85444" w:rsidRPr="00BD3659">
        <w:trPr>
          <w:trHeight w:hRule="exact" w:val="130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4.2.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Литература как язык культуры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18.02.2023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особенности литературы, её отличия от других видов художественного творчества;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средства выражения духовного мира человека, его морали и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нравственности в произведениях литературы;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работать с художественной литературой, изучать и анализировать источники;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125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4.3.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Взаимовлияние культур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25.02.2023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иметь представление о значении терминов «взаимодействие культур», «культурный обмен»;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объяснять важность сохранения культурного наследия;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понимать и разграничивать понятия, отбирать и сравнивать материал по нескольким источникам;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111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4.4.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45" w:lineRule="auto"/>
              <w:ind w:left="72" w:right="43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Духовно-нравственные ценности российского народа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04.03.2023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2" w:lineRule="auto"/>
              <w:ind w:left="72" w:right="144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уметь объяснять значение основных понятий, отражающих духовно-нравственные ценности;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осознавать их и защищать в качестве базовых общегражданских ценностей российского общества;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работать с учебником (смысловое чтение);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111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4.5.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Регионы России: культурное многообразие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11.03.2023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52" w:lineRule="auto"/>
              <w:ind w:left="72" w:right="288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принципы федеративного устройства России, объяснять </w:t>
            </w:r>
            <w:proofErr w:type="spellStart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поняти</w:t>
            </w:r>
            <w:proofErr w:type="gramStart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е«</w:t>
            </w:r>
            <w:proofErr w:type="gram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полиэтничность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»;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ценность многообразия культурных укладов народов России;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уметь рассказывать о культурном своеобразии своей малой родины;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и анализировать выступления одноклассников, работать с источниками;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Тестирование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92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4.6.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30" w:lineRule="auto"/>
              <w:jc w:val="center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Праздники в культуре народов России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18.03.2023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50" w:lineRule="auto"/>
              <w:ind w:left="72" w:right="43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объяснять, что такое «народный праздник»;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уметь рассказывать о праздничных традициях разных народов и своей семьи; понимать и объяснять нравственный смысл народного праздника;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работать с учебником, просматривать и анализировать учебные фильмы;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111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4.7.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33" w:lineRule="auto"/>
              <w:jc w:val="center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Памятники в культуре народов России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01.04.2023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2" w:lineRule="auto"/>
              <w:ind w:left="72" w:right="720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устанавливать связь между историей памятника и историей края;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характеризовать памятники истории и культуры;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нравственный и научный смысл краеведческой работы;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работать с научно-популярной литературой, просматривать и анализировать учебные фильмы;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111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4.8.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45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Музыкальная культура народов России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08.04.2023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2" w:lineRule="auto"/>
              <w:ind w:left="72" w:right="576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особенности музыки как вида искусства;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знать и называть основные темы музыкального творчества народов России, понимать, как история народа отражается в его музыке;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работать с научно-популярной литературой, просматривать и анализировать учебные фильмы;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111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4.9.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Изобразительное искусство народов России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15.04.2023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52" w:lineRule="auto"/>
              <w:ind w:left="72" w:right="144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объяснять особенности изобразительного искусства как вида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художественного творчества;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обосновывать важность искусства как формы трансляции культурных ценностей;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знать и называть основные темы искусства народов России;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109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4.10.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45" w:lineRule="auto"/>
              <w:ind w:left="72" w:right="43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Фольклор и литература народов России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22.04.2023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2" w:lineRule="auto"/>
              <w:ind w:left="72" w:right="43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понимать, что такое национальная литература;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и показывать на примерах, как произведения фольклора отражают историю народа, его духовно-нравственные ценности;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отбирать и сравнивать материал из нескольких источников, решать текстовые задачи, слушать и анализировать выступления одноклассников;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</w:tbl>
    <w:p w:rsidR="00A85444" w:rsidRPr="00335B0F" w:rsidRDefault="00A85444">
      <w:pPr>
        <w:autoSpaceDE w:val="0"/>
        <w:autoSpaceDN w:val="0"/>
        <w:spacing w:after="0" w:line="14" w:lineRule="exact"/>
        <w:rPr>
          <w:lang w:val="ru-RU"/>
        </w:rPr>
      </w:pPr>
    </w:p>
    <w:p w:rsidR="00A85444" w:rsidRPr="00335B0F" w:rsidRDefault="00A85444">
      <w:pPr>
        <w:rPr>
          <w:lang w:val="ru-RU"/>
        </w:rPr>
        <w:sectPr w:rsidR="00A85444" w:rsidRPr="00335B0F">
          <w:pgSz w:w="16840" w:h="11900"/>
          <w:pgMar w:top="284" w:right="640" w:bottom="568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2726"/>
        <w:gridCol w:w="528"/>
        <w:gridCol w:w="1104"/>
        <w:gridCol w:w="1142"/>
        <w:gridCol w:w="864"/>
        <w:gridCol w:w="5812"/>
        <w:gridCol w:w="1116"/>
        <w:gridCol w:w="1742"/>
      </w:tblGrid>
      <w:tr w:rsidR="00A85444" w:rsidRPr="00BD3659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4.11.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Бытовые традиции народов России: пища, одежда, дом (</w:t>
            </w:r>
            <w:r w:rsidRPr="00335B0F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>практическое занятие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29.04.2023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отбирать и сравнивать учебный материал по нескольким источникам, решать текстовые задачи, слушать и анализировать выступления одноклассников, работать с научно-популярной литературой;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Практическая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 w:rsidRPr="00BD3659">
        <w:trPr>
          <w:trHeight w:hRule="exact" w:val="73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4.12.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5" w:lineRule="auto"/>
              <w:ind w:right="864"/>
              <w:jc w:val="center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Культурная карта России (</w:t>
            </w:r>
            <w:r w:rsidRPr="00335B0F">
              <w:rPr>
                <w:rFonts w:ascii="Times New Roman" w:eastAsia="Times New Roman" w:hAnsi="Times New Roman"/>
                <w:i/>
                <w:color w:val="000000"/>
                <w:w w:val="97"/>
                <w:sz w:val="16"/>
                <w:lang w:val="ru-RU"/>
              </w:rPr>
              <w:t>практическое занятие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06.05.2023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 w:right="144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отбирать и сравнивать несколько источников, решать текстовые задачи, слушать и анализировать выступления одноклассников, работать с научно-популярной литературой;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 w:right="43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Устный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опрос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л </w:t>
            </w:r>
            <w:r w:rsidRPr="00335B0F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school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www</w:t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patriarchia</w:t>
            </w:r>
            <w:proofErr w:type="spellEnd"/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</w:p>
        </w:tc>
      </w:tr>
      <w:tr w:rsidR="00A85444">
        <w:trPr>
          <w:trHeight w:hRule="exact" w:val="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4.13.</w:t>
            </w:r>
          </w:p>
        </w:tc>
        <w:tc>
          <w:tcPr>
            <w:tcW w:w="2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Единство страны  — залог будущего России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20.05.2023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понимать и объяснять значение общих элементов и черт в культуре разных народов России для обоснования её культурного, экономического единства;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слушать объяснения учителя, систематизировать учебный материал;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8" w:after="0" w:line="245" w:lineRule="auto"/>
              <w:ind w:left="72" w:right="14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Контрольная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A85444"/>
        </w:tc>
      </w:tr>
      <w:tr w:rsidR="00A85444">
        <w:trPr>
          <w:trHeight w:hRule="exact" w:val="520"/>
        </w:trPr>
        <w:tc>
          <w:tcPr>
            <w:tcW w:w="31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76" w:after="0" w:line="245" w:lineRule="auto"/>
              <w:ind w:left="72" w:right="576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4.5</w:t>
            </w:r>
          </w:p>
        </w:tc>
        <w:tc>
          <w:tcPr>
            <w:tcW w:w="95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A85444"/>
        </w:tc>
      </w:tr>
    </w:tbl>
    <w:p w:rsidR="00A85444" w:rsidRDefault="00A85444">
      <w:pPr>
        <w:autoSpaceDE w:val="0"/>
        <w:autoSpaceDN w:val="0"/>
        <w:spacing w:after="0" w:line="14" w:lineRule="exact"/>
      </w:pPr>
    </w:p>
    <w:p w:rsidR="00A85444" w:rsidRDefault="00A85444">
      <w:pPr>
        <w:sectPr w:rsidR="00A85444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A85444" w:rsidRDefault="00A85444">
      <w:pPr>
        <w:autoSpaceDE w:val="0"/>
        <w:autoSpaceDN w:val="0"/>
        <w:spacing w:after="78" w:line="220" w:lineRule="exact"/>
      </w:pPr>
    </w:p>
    <w:p w:rsidR="00A85444" w:rsidRDefault="00335B0F">
      <w:pPr>
        <w:autoSpaceDE w:val="0"/>
        <w:autoSpaceDN w:val="0"/>
        <w:spacing w:after="32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ПОУРОЧНОЕ ПЛАНИРОВАНИЕ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146"/>
        <w:gridCol w:w="732"/>
        <w:gridCol w:w="1620"/>
        <w:gridCol w:w="1668"/>
        <w:gridCol w:w="1236"/>
        <w:gridCol w:w="1646"/>
      </w:tblGrid>
      <w:tr w:rsidR="00A85444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</w:p>
        </w:tc>
        <w:tc>
          <w:tcPr>
            <w:tcW w:w="1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A85444">
        <w:trPr>
          <w:trHeight w:hRule="exact" w:val="828"/>
        </w:trPr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444" w:rsidRDefault="00A85444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444" w:rsidRDefault="00A85444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444" w:rsidRDefault="00A85444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444" w:rsidRDefault="00A85444"/>
        </w:tc>
      </w:tr>
      <w:tr w:rsidR="00A85444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Зачем изучать курс «Основы духовно-нравственной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культуры народов России»?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03.09.2022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Наш дом — Россия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10.09.2022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Язык и история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17.09.2022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98" w:after="0" w:line="271" w:lineRule="auto"/>
              <w:ind w:left="72" w:right="720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Русский язык — язык общения и язык 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возможностей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24.09.2022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Истоки родной культуры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01.10.2022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Материальная культура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08.10.2022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Духовная культура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15.10.2022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Культура и религия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22.10.2022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Культура и образование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29.10.2022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1166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31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100" w:after="0" w:line="271" w:lineRule="auto"/>
              <w:ind w:left="72" w:right="576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Многообразие культур России (практическое занятие)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12.11.2022</w:t>
            </w:r>
          </w:p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right="864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Семья  — хранитель духовных ценностей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19.11.2022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Родина начинается с семьи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26.11.2022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98" w:after="0" w:line="262" w:lineRule="auto"/>
              <w:ind w:left="72" w:right="864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Традиции семейного воспитания в России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03.12.2022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Образ семьи в культуре народов России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10.12.2022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Труд в истории семьи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17.12.2022 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right="72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Устный опрос;</w:t>
            </w:r>
          </w:p>
        </w:tc>
      </w:tr>
    </w:tbl>
    <w:p w:rsidR="00A85444" w:rsidRDefault="00A85444">
      <w:pPr>
        <w:autoSpaceDE w:val="0"/>
        <w:autoSpaceDN w:val="0"/>
        <w:spacing w:after="0" w:line="14" w:lineRule="exact"/>
      </w:pPr>
    </w:p>
    <w:p w:rsidR="00A85444" w:rsidRDefault="00A85444">
      <w:pPr>
        <w:sectPr w:rsidR="00A85444">
          <w:pgSz w:w="11900" w:h="16840"/>
          <w:pgMar w:top="298" w:right="650" w:bottom="280" w:left="666" w:header="720" w:footer="720" w:gutter="0"/>
          <w:cols w:space="720" w:equalWidth="0">
            <w:col w:w="10584" w:space="0"/>
          </w:cols>
          <w:docGrid w:linePitch="360"/>
        </w:sect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146"/>
        <w:gridCol w:w="732"/>
        <w:gridCol w:w="1620"/>
        <w:gridCol w:w="1668"/>
        <w:gridCol w:w="1236"/>
        <w:gridCol w:w="1646"/>
      </w:tblGrid>
      <w:tr w:rsidR="00A85444">
        <w:trPr>
          <w:trHeight w:hRule="exact" w:val="834"/>
        </w:trPr>
        <w:tc>
          <w:tcPr>
            <w:tcW w:w="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A85444"/>
        </w:tc>
        <w:tc>
          <w:tcPr>
            <w:tcW w:w="31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A85444"/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A85444"/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A85444"/>
        </w:tc>
        <w:tc>
          <w:tcPr>
            <w:tcW w:w="16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A85444"/>
        </w:tc>
        <w:tc>
          <w:tcPr>
            <w:tcW w:w="12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A85444"/>
        </w:tc>
        <w:tc>
          <w:tcPr>
            <w:tcW w:w="16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A85444"/>
        </w:tc>
      </w:tr>
    </w:tbl>
    <w:p w:rsidR="00A85444" w:rsidRDefault="00A85444">
      <w:pPr>
        <w:autoSpaceDE w:val="0"/>
        <w:autoSpaceDN w:val="0"/>
        <w:spacing w:after="0" w:line="822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146"/>
        <w:gridCol w:w="732"/>
        <w:gridCol w:w="1620"/>
        <w:gridCol w:w="1668"/>
        <w:gridCol w:w="1236"/>
        <w:gridCol w:w="1646"/>
      </w:tblGrid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Семья в современном мире (практическое занятие)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24.12.2022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A85444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Семья в современном мире (практическое занятие)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14.01.2023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A85444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Личность  — общество  —культура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21.01.2023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Духовный мир человека.</w:t>
            </w:r>
          </w:p>
          <w:p w:rsidR="00A85444" w:rsidRPr="00335B0F" w:rsidRDefault="00335B0F">
            <w:pPr>
              <w:autoSpaceDE w:val="0"/>
              <w:autoSpaceDN w:val="0"/>
              <w:spacing w:before="70" w:after="0" w:line="230" w:lineRule="auto"/>
              <w:jc w:val="center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Человек — творец культуры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28.01.2023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Личность и духовно-</w:t>
            </w:r>
            <w:r w:rsidRPr="00335B0F">
              <w:rPr>
                <w:lang w:val="ru-RU"/>
              </w:rPr>
              <w:br/>
            </w: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нравственные ценности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04.02.2023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A85444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98" w:after="0" w:line="271" w:lineRule="auto"/>
              <w:ind w:left="72" w:right="43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Историческая память как духовно-нравственная </w:t>
            </w:r>
            <w:r w:rsidRPr="00335B0F">
              <w:rPr>
                <w:lang w:val="ru-RU"/>
              </w:rPr>
              <w:br/>
            </w:r>
            <w:proofErr w:type="spellStart"/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ценност</w:t>
            </w:r>
            <w:proofErr w:type="spellEnd"/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11.02.2023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Литература как язык культуры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18.02.2023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Взаимовлияние культур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25.02.2023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98" w:after="0" w:line="271" w:lineRule="auto"/>
              <w:ind w:left="72" w:right="576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Духовно-нравственные ценности российского народа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04.03.2023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Регионы России: культурное многообразие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11.03.2023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Праздники в культуре народов России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18.03.2023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Памятники в культуре народов России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01.04.2023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Музыкальная культура народов России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08.04.2023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Изобразительное искусство народов России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15.04.2023 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right="72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Устный опрос;</w:t>
            </w:r>
          </w:p>
        </w:tc>
      </w:tr>
      <w:tr w:rsidR="00A85444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Фольклор и литература народов России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22.04.2023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A85444" w:rsidRDefault="00A85444">
      <w:pPr>
        <w:autoSpaceDE w:val="0"/>
        <w:autoSpaceDN w:val="0"/>
        <w:spacing w:after="0" w:line="14" w:lineRule="exact"/>
      </w:pPr>
    </w:p>
    <w:p w:rsidR="00A85444" w:rsidRDefault="00A85444">
      <w:pPr>
        <w:autoSpaceDE w:val="0"/>
        <w:autoSpaceDN w:val="0"/>
        <w:spacing w:after="0" w:line="14" w:lineRule="exact"/>
      </w:pPr>
    </w:p>
    <w:p w:rsidR="00A85444" w:rsidRDefault="00A85444">
      <w:pPr>
        <w:sectPr w:rsidR="00A85444">
          <w:pgSz w:w="11900" w:h="16840"/>
          <w:pgMar w:top="0" w:right="650" w:bottom="49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A85444" w:rsidRDefault="00A85444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146"/>
        <w:gridCol w:w="732"/>
        <w:gridCol w:w="1620"/>
        <w:gridCol w:w="1668"/>
        <w:gridCol w:w="1236"/>
        <w:gridCol w:w="1646"/>
      </w:tblGrid>
      <w:tr w:rsidR="00A85444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Бытовые традиции народов России: пища, одежда, дом (практическое занятие)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29.04.2023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Культурная карта России (практическое занятие)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06.05.2023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Единство страны  — залог будущего России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13.05.2023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A85444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Контрольная работа за курс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20.05.2023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A85444">
        <w:trPr>
          <w:trHeight w:hRule="exact" w:val="810"/>
        </w:trPr>
        <w:tc>
          <w:tcPr>
            <w:tcW w:w="3650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Pr="00335B0F" w:rsidRDefault="00335B0F">
            <w:pPr>
              <w:autoSpaceDE w:val="0"/>
              <w:autoSpaceDN w:val="0"/>
              <w:spacing w:before="100" w:after="0" w:line="262" w:lineRule="auto"/>
              <w:ind w:left="72" w:right="144"/>
              <w:rPr>
                <w:lang w:val="ru-RU"/>
              </w:rPr>
            </w:pPr>
            <w:r w:rsidRPr="00335B0F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335B0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2882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A85444" w:rsidRDefault="00A85444"/>
        </w:tc>
      </w:tr>
    </w:tbl>
    <w:p w:rsidR="00A85444" w:rsidRDefault="00A85444">
      <w:pPr>
        <w:autoSpaceDE w:val="0"/>
        <w:autoSpaceDN w:val="0"/>
        <w:spacing w:after="0" w:line="14" w:lineRule="exact"/>
      </w:pPr>
    </w:p>
    <w:p w:rsidR="00A85444" w:rsidRDefault="00A85444">
      <w:pPr>
        <w:sectPr w:rsidR="00A85444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A85444" w:rsidRDefault="00A85444">
      <w:pPr>
        <w:autoSpaceDE w:val="0"/>
        <w:autoSpaceDN w:val="0"/>
        <w:spacing w:after="78" w:line="220" w:lineRule="exact"/>
      </w:pPr>
    </w:p>
    <w:p w:rsidR="00A85444" w:rsidRDefault="00335B0F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A85444" w:rsidRPr="00335B0F" w:rsidRDefault="00335B0F">
      <w:pPr>
        <w:autoSpaceDE w:val="0"/>
        <w:autoSpaceDN w:val="0"/>
        <w:spacing w:before="346" w:after="0" w:line="382" w:lineRule="auto"/>
        <w:ind w:right="1440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ОБЯЗАТЕЛЬНЫЕ УЧЕБНЫЕ МАТЕРИАЛЫ ДЛЯ УЧЕНИКА</w:t>
      </w:r>
      <w:proofErr w:type="gramStart"/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>В</w:t>
      </w:r>
      <w:proofErr w:type="gramEnd"/>
      <w:r w:rsidRPr="00335B0F">
        <w:rPr>
          <w:rFonts w:ascii="Times New Roman" w:eastAsia="Times New Roman" w:hAnsi="Times New Roman"/>
          <w:color w:val="000000"/>
          <w:sz w:val="24"/>
          <w:lang w:val="ru-RU"/>
        </w:rPr>
        <w:t xml:space="preserve">ведите свой вариант: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МЕТОДИЧЕСКИЕ МАТЕРИАЛЫ ДЛЯ УЧИТЕЛЯ </w:t>
      </w:r>
      <w:r w:rsidRPr="00335B0F">
        <w:rPr>
          <w:lang w:val="ru-RU"/>
        </w:rPr>
        <w:br/>
      </w: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A85444" w:rsidRPr="00335B0F" w:rsidRDefault="00A85444">
      <w:pPr>
        <w:autoSpaceDE w:val="0"/>
        <w:autoSpaceDN w:val="0"/>
        <w:spacing w:after="78" w:line="220" w:lineRule="exact"/>
        <w:rPr>
          <w:lang w:val="ru-RU"/>
        </w:rPr>
      </w:pPr>
    </w:p>
    <w:p w:rsidR="00A85444" w:rsidRPr="00335B0F" w:rsidRDefault="00335B0F">
      <w:pPr>
        <w:autoSpaceDE w:val="0"/>
        <w:autoSpaceDN w:val="0"/>
        <w:spacing w:after="0" w:line="408" w:lineRule="auto"/>
        <w:ind w:right="432"/>
        <w:rPr>
          <w:lang w:val="ru-RU"/>
        </w:rPr>
      </w:pPr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МАТЕРИАЛЬНО-ТЕХНИЧЕСКОЕ ОБЕСПЕЧЕНИЕ ОБРАЗОВАТЕЛЬНОГО ПРОЦЕССА УЧЕБНОЕ ОБОРУДОВАНИЕ </w:t>
      </w:r>
      <w:r w:rsidRPr="00335B0F">
        <w:rPr>
          <w:lang w:val="ru-RU"/>
        </w:rPr>
        <w:br/>
      </w:r>
      <w:proofErr w:type="spellStart"/>
      <w:proofErr w:type="gramStart"/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</w:t>
      </w:r>
      <w:proofErr w:type="spellEnd"/>
      <w:proofErr w:type="gramEnd"/>
      <w:r w:rsidRPr="00335B0F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ДЛЯ ПРОВЕДЕНИЯ ПРАКТИЧЕСКИХ РАБОТ</w:t>
      </w:r>
    </w:p>
    <w:p w:rsidR="00A85444" w:rsidRPr="00335B0F" w:rsidRDefault="00A85444">
      <w:pPr>
        <w:rPr>
          <w:lang w:val="ru-RU"/>
        </w:rPr>
        <w:sectPr w:rsidR="00A85444" w:rsidRPr="00335B0F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335B0F" w:rsidRPr="00335B0F" w:rsidRDefault="00335B0F">
      <w:pPr>
        <w:rPr>
          <w:lang w:val="ru-RU"/>
        </w:rPr>
      </w:pPr>
    </w:p>
    <w:sectPr w:rsidR="00335B0F" w:rsidRPr="00335B0F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35B0F"/>
    <w:rsid w:val="00A85444"/>
    <w:rsid w:val="00AA1D8D"/>
    <w:rsid w:val="00B47730"/>
    <w:rsid w:val="00BD3659"/>
    <w:rsid w:val="00CB0664"/>
    <w:rsid w:val="00EE352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335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335B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335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335B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6EF1E08-EEAD-4105-BF98-7DC2CA82D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8674</Words>
  <Characters>49443</Characters>
  <Application>Microsoft Office Word</Application>
  <DocSecurity>0</DocSecurity>
  <Lines>412</Lines>
  <Paragraphs>116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58001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4</cp:revision>
  <cp:lastPrinted>2022-09-16T18:25:00Z</cp:lastPrinted>
  <dcterms:created xsi:type="dcterms:W3CDTF">2013-12-23T23:15:00Z</dcterms:created>
  <dcterms:modified xsi:type="dcterms:W3CDTF">2022-11-09T11:26:00Z</dcterms:modified>
  <cp:category/>
</cp:coreProperties>
</file>